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p14">
  <w:body>
    <w:tbl>
      <w:tblPr>
        <w:tblW w:w="9638" w:type="dxa"/>
        <w:tblLayout w:type="fixed"/>
        <w:tblLook w:val="04A0" w:firstRow="1" w:lastRow="0" w:firstColumn="1" w:lastColumn="0" w:noHBand="0" w:noVBand="1"/>
        <w:jc w:val="left"/>
        <w:tblInd w:w="0" w:type="dxa"/>
      </w:tblPr>
      <w:tblGrid>
        <w:gridCol w:w="1650"/>
        <w:gridCol w:w="7988"/>
      </w:tblGrid>
      <w:tr xmlns:wp14="http://schemas.microsoft.com/office/word/2010/wordml" w:rsidTr="34795D2A" w14:paraId="4FA8C8B1" wp14:textId="77777777">
        <w:tc>
          <w:tcPr>
            <w:tcW w:w="1650" w:type="dxa"/>
            <w:tcBorders>
              <w:top w:val="nil"/>
              <w:left w:val="nil"/>
              <w:start w:val="nil"/>
              <w:bottom w:val="nil"/>
              <w:right w:val="nil"/>
              <w:end w:val="nil"/>
            </w:tcBorders>
            <w:tcMar>
              <w:top w:w="0" w:type="dxa"/>
              <w:left w:w="0" w:type="dxa"/>
              <w:start w:w="0" w:type="dxa"/>
              <w:bottom w:w="0" w:type="dxa"/>
              <w:right w:w="0" w:type="dxa"/>
              <w:end w:w="0" w:type="dxa"/>
            </w:tcMar>
            <w:vAlign w:val="center"/>
          </w:tcPr>
          <w:p w14:paraId="672A6659" wp14:textId="77777777"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 xmlns:wp14="http://schemas.microsoft.com/office/word/2010/wordprocessingDrawing" wp14:anchorId="08F52E01" wp14:editId="7777777">
                  <wp:extent cx="713232" cy="713232"/>
                  <wp:docPr id="1" name="Picture 1" descr="QuickReports Logo" title="QuickReports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_icon_quick_reports_1024x1024_transparen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2" cy="7132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88" w:type="dxa"/>
            <w:tcBorders>
              <w:top w:val="nil"/>
              <w:left w:val="nil"/>
              <w:start w:val="nil"/>
              <w:bottom w:val="nil"/>
              <w:right w:val="nil"/>
              <w:end w:val="nil"/>
            </w:tcBorders>
            <w:tcMar>
              <w:top w:w="0" w:type="dxa"/>
              <w:left w:w="0" w:type="dxa"/>
              <w:start w:w="0" w:type="dxa"/>
              <w:bottom w:w="0" w:type="dxa"/>
              <w:right w:w="0" w:type="dxa"/>
              <w:end w:w="0" w:type="dxa"/>
            </w:tcMar>
            <w:vAlign w:val="center"/>
          </w:tcPr>
          <w:p w14:paraId="4EAC32F2" wp14:textId="77777777">
            <w:pPr>
              <w:spacing w:after="0"/>
              <w:jc w:val="left"/>
            </w:pPr>
            <w:r>
              <w:rPr>
                <w:rFonts w:ascii="Arial" w:hAnsi="Arial" w:eastAsia="Arial" w:cs="Arial"/>
                <w:b/>
                <w:color w:val="07151B"/>
                <w:sz w:val="44"/>
              </w:rPr>
              <w:t>QuickReports</w:t>
            </w:r>
          </w:p>
          <w:p w14:paraId="52AD972C" wp14:textId="77777777">
            <w:pPr>
              <w:spacing w:before="0" w:after="0"/>
            </w:pPr>
            <w:r>
              <w:rPr>
                <w:rFonts w:ascii="Arial" w:hAnsi="Arial" w:eastAsia="Arial" w:cs="Arial"/>
                <w:b w:val="0"/>
                <w:color w:val="53636B"/>
                <w:sz w:val="17"/>
              </w:rPr>
              <w:t>Dokumentieren. Strukturieren. Berichten.</w:t>
            </w:r>
          </w:p>
        </w:tc>
      </w:tr>
    </w:tbl>
    <w:p w:rsidR="34795D2A" w:rsidP="34795D2A" w:rsidRDefault="34795D2A" w14:paraId="7F49954A" w14:textId="4AF7A824">
      <w:pPr>
        <w:pStyle w:val="QREyebrow"/>
        <w:spacing w:after="0"/>
        <w:rPr>
          <w:rFonts w:ascii="Arial" w:hAnsi="Arial" w:eastAsia="Arial" w:cs="Arial"/>
          <w:b w:val="1"/>
          <w:bCs w:val="1"/>
          <w:color w:val="auto"/>
          <w:sz w:val="17"/>
          <w:szCs w:val="17"/>
        </w:rPr>
      </w:pPr>
    </w:p>
    <w:p w:rsidR="34795D2A" w:rsidP="34795D2A" w:rsidRDefault="34795D2A" w14:paraId="57F4B5BE" w14:textId="34F6CA37">
      <w:pPr>
        <w:pStyle w:val="QREyebrow"/>
        <w:spacing w:after="0"/>
        <w:rPr>
          <w:rFonts w:ascii="Arial" w:hAnsi="Arial" w:eastAsia="Arial" w:cs="Arial"/>
          <w:b w:val="1"/>
          <w:bCs w:val="1"/>
          <w:color w:val="auto"/>
          <w:sz w:val="17"/>
          <w:szCs w:val="17"/>
        </w:rPr>
      </w:pPr>
    </w:p>
    <w:p w:rsidR="34795D2A" w:rsidP="34795D2A" w:rsidRDefault="34795D2A" w14:paraId="039BA31C" w14:textId="3AFD07A6">
      <w:pPr>
        <w:pStyle w:val="QREyebrow"/>
        <w:spacing w:after="0"/>
        <w:rPr>
          <w:rFonts w:ascii="Arial" w:hAnsi="Arial" w:eastAsia="Arial" w:cs="Arial"/>
          <w:b w:val="1"/>
          <w:bCs w:val="1"/>
          <w:color w:val="auto"/>
          <w:sz w:val="17"/>
          <w:szCs w:val="17"/>
        </w:rPr>
      </w:pPr>
    </w:p>
    <w:p w:rsidR="34795D2A" w:rsidP="34795D2A" w:rsidRDefault="34795D2A" w14:paraId="1681CFAE" w14:textId="5E0CB905">
      <w:pPr>
        <w:pStyle w:val="QREyebrow"/>
        <w:spacing w:after="0"/>
        <w:rPr>
          <w:rFonts w:ascii="Arial" w:hAnsi="Arial" w:eastAsia="Arial" w:cs="Arial"/>
          <w:b w:val="1"/>
          <w:bCs w:val="1"/>
          <w:color w:val="auto"/>
          <w:sz w:val="17"/>
          <w:szCs w:val="17"/>
        </w:rPr>
      </w:pPr>
    </w:p>
    <w:p xmlns:wp14="http://schemas.microsoft.com/office/word/2010/wordml" w:rsidP="57A7AB73" w14:paraId="3B787961" wp14:textId="0EFDBC49">
      <w:pPr>
        <w:pStyle w:val="QREyebrow"/>
        <w:spacing w:after="0"/>
      </w:pPr>
      <w:r w:rsidRPr="496272BD" w:rsidR="41C51BA3">
        <w:rPr>
          <w:rFonts w:ascii="Arial" w:hAnsi="Arial" w:eastAsia="Arial" w:cs="Arial"/>
          <w:b w:val="1"/>
          <w:bCs w:val="1"/>
          <w:color w:val="auto"/>
          <w:sz w:val="17"/>
          <w:szCs w:val="17"/>
        </w:rPr>
        <w:t xml:space="preserve">BEISPIELBERICHT </w:t>
      </w:r>
      <w:r w:rsidRPr="496272BD" w:rsidR="6B028300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{{</w:t>
      </w:r>
      <w:r w:rsidRPr="496272BD" w:rsidR="6B028300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qr.report.detail.berichtsnummer</w:t>
      </w:r>
      <w:r w:rsidRPr="496272BD" w:rsidR="6B028300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}}</w:t>
      </w:r>
      <w:r w:rsidRPr="496272BD" w:rsidR="41C51BA3">
        <w:rPr>
          <w:rFonts w:ascii="Arial" w:hAnsi="Arial" w:eastAsia="Arial" w:cs="Arial"/>
          <w:b w:val="1"/>
          <w:bCs w:val="1"/>
          <w:color w:val="auto"/>
          <w:sz w:val="17"/>
          <w:szCs w:val="17"/>
        </w:rPr>
        <w:t xml:space="preserve"> </w:t>
      </w:r>
      <w:r w:rsidRPr="496272BD" w:rsidR="41C51BA3">
        <w:rPr>
          <w:rFonts w:ascii="Arial" w:hAnsi="Arial" w:eastAsia="Arial" w:cs="Arial"/>
          <w:b w:val="1"/>
          <w:bCs w:val="1"/>
          <w:color w:val="auto"/>
          <w:sz w:val="17"/>
          <w:szCs w:val="17"/>
        </w:rPr>
        <w:t>·  BAUSCHÄDEN</w:t>
      </w:r>
    </w:p>
    <w:p w:rsidR="496272BD" w:rsidP="496272BD" w:rsidRDefault="496272BD" w14:paraId="7E9AD830" w14:textId="10C48D70">
      <w:pPr>
        <w:pStyle w:val="QREyebrow"/>
        <w:spacing w:after="0"/>
        <w:rPr>
          <w:rFonts w:ascii="Arial" w:hAnsi="Arial" w:eastAsia="Arial" w:cs="Arial"/>
          <w:b w:val="1"/>
          <w:bCs w:val="1"/>
          <w:color w:val="auto"/>
          <w:sz w:val="17"/>
          <w:szCs w:val="17"/>
        </w:rPr>
      </w:pPr>
    </w:p>
    <w:p xmlns:wp14="http://schemas.microsoft.com/office/word/2010/wordml" w:rsidP="1D26C0B4" w14:paraId="24E2CA5D" wp14:textId="77777777">
      <w:pPr>
        <w:pStyle w:val="Title"/>
        <w:pBdr>
          <w:bottom w:val="single" w:color="000000" w:sz="12" w:space="5"/>
        </w:pBdr>
        <w:rPr>
          <w:rFonts w:ascii="Arial" w:hAnsi="Arial" w:eastAsia="Arial" w:cs="Arial"/>
          <w:b w:val="1"/>
          <w:bCs w:val="1"/>
          <w:color w:val="auto"/>
          <w:sz w:val="56"/>
          <w:szCs w:val="56"/>
        </w:rPr>
      </w:pPr>
      <w:r w:rsidRPr="1D26C0B4" w:rsidR="57A7AB73">
        <w:rPr>
          <w:rFonts w:ascii="Arial" w:hAnsi="Arial" w:eastAsia="Arial" w:cs="Arial"/>
          <w:b w:val="1"/>
          <w:bCs w:val="1"/>
          <w:color w:val="auto"/>
          <w:sz w:val="56"/>
          <w:szCs w:val="56"/>
        </w:rPr>
        <w:t>{{qr.report.name}}</w:t>
      </w:r>
    </w:p>
    <w:p xmlns:wp14="http://schemas.microsoft.com/office/word/2010/wordml" w:rsidP="496272BD" w14:paraId="61192BB1" wp14:textId="54080B0F">
      <w:pPr>
        <w:pStyle w:val="Subtitle"/>
        <w:spacing w:after="320" w:afterAutospacing="off"/>
        <w:jc w:val="left"/>
        <w:rPr/>
      </w:pP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>Dokumentation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 xml:space="preserve"> und 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>technische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 xml:space="preserve"> 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>Beurteilung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 xml:space="preserve"> 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>äußerlich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 xml:space="preserve"> 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>sichtbarer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 xml:space="preserve"> 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>Schäden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 xml:space="preserve"> 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>an</w:t>
      </w:r>
      <w:r w:rsidRPr="496272BD" w:rsidR="41C51BA3">
        <w:rPr>
          <w:rFonts w:ascii="Arial" w:hAnsi="Arial" w:eastAsia="Arial" w:cs="Arial"/>
          <w:color w:val="auto"/>
          <w:sz w:val="28"/>
          <w:szCs w:val="28"/>
        </w:rPr>
        <w:t xml:space="preserve"> </w:t>
      </w:r>
      <w:r w:rsidRPr="496272BD" w:rsidR="6D3C4240">
        <w:rPr>
          <w:rFonts w:ascii="Arial" w:hAnsi="Arial" w:eastAsia="Arial" w:cs="Arial"/>
          <w:color w:val="auto"/>
          <w:sz w:val="28"/>
          <w:szCs w:val="28"/>
        </w:rPr>
        <w:t>einem</w:t>
      </w:r>
      <w:r w:rsidRPr="496272BD" w:rsidR="6D3C4240">
        <w:rPr>
          <w:rFonts w:ascii="Arial" w:hAnsi="Arial" w:eastAsia="Arial" w:cs="Arial"/>
          <w:color w:val="auto"/>
          <w:sz w:val="28"/>
          <w:szCs w:val="28"/>
        </w:rPr>
        <w:t xml:space="preserve"> Mehrfamilienhaus</w:t>
      </w:r>
    </w:p>
    <w:p xmlns:wp14="http://schemas.microsoft.com/office/word/2010/wordml" w:rsidP="34795D2A" wp14:textId="77777777" w14:paraId="022F1A60">
      <w:pPr>
        <w:spacing w:after="0" w:afterAutospacing="off"/>
      </w:pPr>
      <w:r w:rsidRPr="496272BD" w:rsidR="06A8AA10">
        <w:rPr>
          <w:rFonts w:ascii="Arial" w:hAnsi="Arial" w:eastAsia="Arial" w:cs="Arial"/>
          <w:b w:val="1"/>
          <w:bCs w:val="1"/>
          <w:color w:val="53636B"/>
          <w:sz w:val="15"/>
          <w:szCs w:val="15"/>
        </w:rPr>
        <w:t>OBJEKT</w:t>
      </w:r>
    </w:p>
    <w:p xmlns:wp14="http://schemas.microsoft.com/office/word/2010/wordml" w:rsidP="34795D2A" wp14:textId="77777777" w14:paraId="35550207">
      <w:pPr>
        <w:spacing w:after="0" w:afterAutospacing="off"/>
      </w:pPr>
      <w:r w:rsidRPr="496272BD" w:rsidR="06A8AA10">
        <w:rPr>
          <w:rFonts w:ascii="Arial" w:hAnsi="Arial" w:eastAsia="Arial" w:cs="Arial"/>
          <w:b w:val="1"/>
          <w:bCs w:val="1"/>
          <w:color w:val="07151B"/>
          <w:sz w:val="26"/>
          <w:szCs w:val="26"/>
        </w:rPr>
        <w:t>{{qr.report.detail.objekt}}</w:t>
      </w:r>
    </w:p>
    <w:p xmlns:wp14="http://schemas.microsoft.com/office/word/2010/wordml" w:rsidP="496272BD" w14:paraId="02EB378F" wp14:textId="6F3EF4A7">
      <w:pPr>
        <w:pStyle w:val="Normal"/>
        <w:rPr>
          <w:rFonts w:ascii="Arial" w:hAnsi="Arial" w:eastAsia="Arial" w:cs="Arial"/>
          <w:color w:val="auto"/>
          <w:sz w:val="28"/>
          <w:szCs w:val="28"/>
        </w:rPr>
      </w:pPr>
    </w:p>
    <w:p w:rsidR="546E3FCD" w:rsidP="496272BD" w:rsidRDefault="546E3FCD" w14:paraId="1C620322" w14:textId="1F2B7A80">
      <w:pPr>
        <w:pStyle w:val="Normal"/>
        <w:spacing w:before="0" w:after="0" w:afterAutospacing="off" w:line="360" w:lineRule="auto"/>
        <w:rPr>
          <w:rFonts w:ascii="Arial" w:hAnsi="Arial" w:eastAsia="Arial" w:cs="Arial"/>
          <w:i w:val="0"/>
          <w:iCs w:val="0"/>
          <w:color w:val="auto"/>
          <w:sz w:val="20"/>
          <w:szCs w:val="20"/>
          <w:lang w:val="de-DE"/>
        </w:rPr>
      </w:pP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Rechtlicher</w:t>
      </w: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 xml:space="preserve"> </w:t>
      </w: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Vertreter</w:t>
      </w: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 xml:space="preserve"> des </w:t>
      </w: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Eigentümers</w:t>
      </w:r>
      <w:r>
        <w:tab/>
      </w:r>
      <w:r w:rsidRPr="496272BD" w:rsidR="5AA431F0">
        <w:rPr>
          <w:rFonts w:ascii="Arial" w:hAnsi="Arial" w:eastAsia="Arial" w:cs="Arial"/>
          <w:i w:val="0"/>
          <w:iCs w:val="0"/>
          <w:color w:val="auto"/>
          <w:sz w:val="20"/>
          <w:szCs w:val="20"/>
          <w:lang w:val="de-DE"/>
        </w:rPr>
        <w:t>{{</w:t>
      </w:r>
      <w:r w:rsidRPr="496272BD" w:rsidR="5AA431F0">
        <w:rPr>
          <w:rFonts w:ascii="Arial" w:hAnsi="Arial" w:eastAsia="Arial" w:cs="Arial"/>
          <w:i w:val="0"/>
          <w:iCs w:val="0"/>
          <w:color w:val="auto"/>
          <w:sz w:val="20"/>
          <w:szCs w:val="20"/>
          <w:lang w:val="de-DE"/>
        </w:rPr>
        <w:t>qr.report.detail.rechtlicher</w:t>
      </w:r>
      <w:r w:rsidRPr="496272BD" w:rsidR="5AA431F0">
        <w:rPr>
          <w:rFonts w:ascii="Arial" w:hAnsi="Arial" w:eastAsia="Arial" w:cs="Arial"/>
          <w:i w:val="0"/>
          <w:iCs w:val="0"/>
          <w:color w:val="auto"/>
          <w:sz w:val="20"/>
          <w:szCs w:val="20"/>
          <w:lang w:val="de-DE"/>
        </w:rPr>
        <w:t>_</w:t>
      </w:r>
      <w:r w:rsidRPr="496272BD" w:rsidR="5AA431F0">
        <w:rPr>
          <w:rFonts w:ascii="Arial" w:hAnsi="Arial" w:eastAsia="Arial" w:cs="Arial"/>
          <w:i w:val="0"/>
          <w:iCs w:val="0"/>
          <w:color w:val="auto"/>
          <w:sz w:val="20"/>
          <w:szCs w:val="20"/>
          <w:lang w:val="de-DE"/>
        </w:rPr>
        <w:t>vertreter</w:t>
      </w:r>
      <w:r w:rsidRPr="496272BD" w:rsidR="5AA431F0">
        <w:rPr>
          <w:rFonts w:ascii="Arial" w:hAnsi="Arial" w:eastAsia="Arial" w:cs="Arial"/>
          <w:i w:val="0"/>
          <w:iCs w:val="0"/>
          <w:color w:val="auto"/>
          <w:sz w:val="20"/>
          <w:szCs w:val="20"/>
          <w:lang w:val="de-DE"/>
        </w:rPr>
        <w:t>_</w:t>
      </w:r>
      <w:r w:rsidRPr="496272BD" w:rsidR="5AA431F0">
        <w:rPr>
          <w:rFonts w:ascii="Arial" w:hAnsi="Arial" w:eastAsia="Arial" w:cs="Arial"/>
          <w:i w:val="0"/>
          <w:iCs w:val="0"/>
          <w:color w:val="auto"/>
          <w:sz w:val="20"/>
          <w:szCs w:val="20"/>
          <w:lang w:val="de-DE"/>
        </w:rPr>
        <w:t>des_eigentümers</w:t>
      </w:r>
      <w:r w:rsidRPr="496272BD" w:rsidR="5AA431F0">
        <w:rPr>
          <w:rFonts w:ascii="Arial" w:hAnsi="Arial" w:eastAsia="Arial" w:cs="Arial"/>
          <w:i w:val="0"/>
          <w:iCs w:val="0"/>
          <w:color w:val="auto"/>
          <w:sz w:val="20"/>
          <w:szCs w:val="20"/>
          <w:lang w:val="de-DE"/>
        </w:rPr>
        <w:t>}}</w:t>
      </w:r>
    </w:p>
    <w:p w:rsidR="546E3FCD" w:rsidP="496272BD" w:rsidRDefault="546E3FCD" w14:paraId="16B655B1" w14:textId="02F4579D">
      <w:pPr>
        <w:pStyle w:val="Normal"/>
        <w:spacing w:before="0" w:after="0" w:afterAutospacing="off" w:line="360" w:lineRule="auto"/>
        <w:rPr>
          <w:rFonts w:ascii="Arial" w:hAnsi="Arial" w:eastAsia="Arial" w:cs="Arial"/>
          <w:color w:val="auto"/>
          <w:sz w:val="20"/>
          <w:szCs w:val="20"/>
          <w:lang w:val="de-DE"/>
        </w:rPr>
      </w:pP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  <w:lang w:val="de-DE"/>
        </w:rPr>
        <w:t>Datum des</w:t>
      </w: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  <w:lang w:val="de-DE"/>
        </w:rPr>
        <w:t xml:space="preserve"> </w:t>
      </w: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  <w:lang w:val="de-DE"/>
        </w:rPr>
        <w:t>Ortstermin</w:t>
      </w:r>
      <w:r>
        <w:tab/>
      </w:r>
      <w:r>
        <w:tab/>
      </w:r>
      <w:r>
        <w:tab/>
      </w:r>
      <w:r>
        <w:tab/>
      </w:r>
      <w:r w:rsidRPr="496272BD" w:rsidR="5AA431F0">
        <w:rPr>
          <w:rFonts w:ascii="Arial" w:hAnsi="Arial" w:eastAsia="Arial" w:cs="Arial"/>
          <w:color w:val="auto"/>
          <w:sz w:val="20"/>
          <w:szCs w:val="20"/>
          <w:lang w:val="de-DE"/>
        </w:rPr>
        <w:t>{{</w:t>
      </w:r>
      <w:r w:rsidRPr="496272BD" w:rsidR="5AA431F0">
        <w:rPr>
          <w:rFonts w:ascii="Arial" w:hAnsi="Arial" w:eastAsia="Arial" w:cs="Arial"/>
          <w:color w:val="auto"/>
          <w:sz w:val="20"/>
          <w:szCs w:val="20"/>
          <w:lang w:val="de-DE"/>
        </w:rPr>
        <w:t>qr.report.detail.ortstermin</w:t>
      </w:r>
      <w:r w:rsidRPr="496272BD" w:rsidR="5AA431F0">
        <w:rPr>
          <w:rFonts w:ascii="Arial" w:hAnsi="Arial" w:eastAsia="Arial" w:cs="Arial"/>
          <w:color w:val="auto"/>
          <w:sz w:val="20"/>
          <w:szCs w:val="20"/>
          <w:lang w:val="de-DE"/>
        </w:rPr>
        <w:t>}}</w:t>
      </w:r>
    </w:p>
    <w:p w:rsidR="34795D2A" w:rsidP="496272BD" w:rsidRDefault="34795D2A" w14:paraId="075F0233" w14:textId="3E900A19">
      <w:pPr>
        <w:pStyle w:val="Normal"/>
        <w:spacing w:before="0" w:after="0" w:afterAutospacing="off" w:line="360" w:lineRule="auto"/>
      </w:pP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  <w:lang w:val="de-DE"/>
        </w:rPr>
        <w:t>Beginn</w:t>
      </w: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  <w:lang w:val="de-DE"/>
        </w:rPr>
        <w:t xml:space="preserve"> </w:t>
      </w: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  <w:lang w:val="de-DE"/>
        </w:rPr>
        <w:t>des Ortstermin</w:t>
      </w:r>
      <w:r>
        <w:tab/>
      </w:r>
      <w:r>
        <w:tab/>
      </w:r>
      <w:r>
        <w:tab/>
      </w:r>
      <w:r>
        <w:tab/>
      </w:r>
      <w:r w:rsidRPr="496272BD" w:rsidR="5AA431F0">
        <w:rPr>
          <w:rFonts w:ascii="Arial" w:hAnsi="Arial" w:eastAsia="Arial" w:cs="Arial"/>
          <w:color w:val="auto"/>
          <w:sz w:val="18"/>
          <w:szCs w:val="18"/>
          <w:lang w:val="de-DE"/>
        </w:rPr>
        <w:t>{</w:t>
      </w:r>
      <w:r w:rsidRPr="496272BD" w:rsidR="471E5850">
        <w:rPr>
          <w:rFonts w:ascii="Arial" w:hAnsi="Arial" w:eastAsia="Arial" w:cs="Arial"/>
          <w:color w:val="auto"/>
          <w:sz w:val="20"/>
          <w:szCs w:val="20"/>
          <w:lang w:val="de-DE"/>
        </w:rPr>
        <w:t>{</w:t>
      </w:r>
      <w:r w:rsidRPr="496272BD" w:rsidR="5AA431F0">
        <w:rPr>
          <w:rFonts w:ascii="Arial" w:hAnsi="Arial" w:eastAsia="Arial" w:cs="Arial"/>
          <w:color w:val="auto"/>
          <w:sz w:val="20"/>
          <w:szCs w:val="20"/>
          <w:lang w:val="de-DE"/>
        </w:rPr>
        <w:t>qr.report.detail.beginn</w:t>
      </w:r>
      <w:r w:rsidRPr="496272BD" w:rsidR="5AA431F0">
        <w:rPr>
          <w:rFonts w:ascii="Arial" w:hAnsi="Arial" w:eastAsia="Arial" w:cs="Arial"/>
          <w:color w:val="auto"/>
          <w:sz w:val="20"/>
          <w:szCs w:val="20"/>
          <w:lang w:val="de-DE"/>
        </w:rPr>
        <w:t>}}</w:t>
      </w:r>
    </w:p>
    <w:p w:rsidR="2FEC48D9" w:rsidP="496272BD" w:rsidRDefault="2FEC48D9" w14:paraId="345512DA" w14:textId="6846BF22">
      <w:pPr>
        <w:pStyle w:val="Normal"/>
        <w:spacing w:before="0" w:after="0" w:afterAutospacing="off" w:line="360" w:lineRule="auto"/>
      </w:pP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 xml:space="preserve">Ende des </w:t>
      </w:r>
      <w:r w:rsidRPr="496272BD" w:rsidR="5AA431F0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Ortstermin</w:t>
      </w:r>
      <w:r>
        <w:tab/>
      </w:r>
      <w:r>
        <w:tab/>
      </w:r>
      <w:r>
        <w:tab/>
      </w:r>
      <w:r>
        <w:tab/>
      </w:r>
      <w:r w:rsidRPr="496272BD" w:rsidR="36A83F82">
        <w:rPr>
          <w:rFonts w:ascii="Arial" w:hAnsi="Arial" w:eastAsia="Arial" w:cs="Arial"/>
          <w:color w:val="auto"/>
          <w:sz w:val="20"/>
          <w:szCs w:val="20"/>
        </w:rPr>
        <w:t>{</w:t>
      </w:r>
      <w:r w:rsidRPr="496272BD" w:rsidR="5AA431F0">
        <w:rPr>
          <w:rFonts w:ascii="Arial" w:hAnsi="Arial" w:eastAsia="Arial" w:cs="Arial"/>
          <w:color w:val="auto"/>
          <w:sz w:val="20"/>
          <w:szCs w:val="20"/>
        </w:rPr>
        <w:t>{</w:t>
      </w:r>
      <w:r w:rsidRPr="496272BD" w:rsidR="5AA431F0">
        <w:rPr>
          <w:rFonts w:ascii="Arial" w:hAnsi="Arial" w:eastAsia="Arial" w:cs="Arial"/>
          <w:color w:val="auto"/>
          <w:sz w:val="20"/>
          <w:szCs w:val="20"/>
        </w:rPr>
        <w:t>qr.report.detail.ende</w:t>
      </w:r>
      <w:r w:rsidRPr="496272BD" w:rsidR="5AA431F0">
        <w:rPr>
          <w:rFonts w:ascii="Arial" w:hAnsi="Arial" w:eastAsia="Arial" w:cs="Arial"/>
          <w:color w:val="auto"/>
          <w:sz w:val="20"/>
          <w:szCs w:val="20"/>
        </w:rPr>
        <w:t>}}</w:t>
      </w:r>
    </w:p>
    <w:p w:rsidR="496272BD" w:rsidP="496272BD" w:rsidRDefault="496272BD" w14:paraId="2764B5EB" w14:textId="662325A7">
      <w:pPr>
        <w:pStyle w:val="Normal"/>
        <w:spacing w:before="0" w:after="0" w:afterAutospacing="off" w:line="360" w:lineRule="auto"/>
        <w:rPr>
          <w:rFonts w:ascii="Arial" w:hAnsi="Arial" w:eastAsia="Arial" w:cs="Arial"/>
          <w:color w:val="auto"/>
          <w:sz w:val="20"/>
          <w:szCs w:val="20"/>
        </w:rPr>
      </w:pPr>
    </w:p>
    <w:p w:rsidR="2FEC48D9" w:rsidP="2FEC48D9" w:rsidRDefault="2FEC48D9" w14:paraId="4A6AAC89" w14:textId="4475863A">
      <w:pPr>
        <w:spacing w:after="0"/>
        <w:jc w:val="center"/>
        <w:rPr>
          <w:rFonts w:ascii="Arial" w:hAnsi="Arial" w:eastAsia="Arial" w:cs="Arial"/>
          <w:b w:val="0"/>
          <w:bCs w:val="0"/>
          <w:color w:val="07151B"/>
          <w:sz w:val="16"/>
          <w:szCs w:val="16"/>
        </w:rPr>
      </w:pPr>
    </w:p>
    <w:tbl>
      <w:tblPr>
        <w:tblStyle w:val="TableGrid"/>
        <w:bidiVisual w:val="0"/>
        <w:tblW w:w="9504" w:type="dxa"/>
        <w:tblBorders>
          <w:top w:val="none" w:color="FFFFFF" w:themeColor="background1" w:themeShade="" w:sz="2"/>
          <w:left w:val="none" w:color="FFFFFF" w:themeColor="background1" w:themeShade="" w:sz="2"/>
          <w:bottom w:val="none" w:color="FFFFFF" w:themeColor="background1" w:themeShade="" w:sz="2"/>
          <w:right w:val="none" w:color="FFFFFF" w:themeColor="background1" w:themeShade="" w:sz="2"/>
          <w:insideH w:val="none" w:color="FFFFFF" w:themeColor="background1" w:themeShade="" w:sz="2"/>
          <w:insideV w:val="none" w:color="FFFFFF" w:themeColor="background1" w:themeShade="" w:sz="2"/>
        </w:tblBorders>
        <w:tblLook w:val="06A0" w:firstRow="1" w:lastRow="0" w:firstColumn="1" w:lastColumn="0" w:noHBand="1" w:noVBand="1"/>
      </w:tblPr>
      <w:tblGrid>
        <w:gridCol w:w="2232"/>
        <w:gridCol w:w="5040"/>
        <w:gridCol w:w="2232"/>
      </w:tblGrid>
      <w:tr xmlns:wp14="http://schemas.microsoft.com/office/word/2010/wordml" w:rsidR="0249CCA1" w:rsidTr="496272BD" w14:paraId="6CD50B3A" wp14:textId="77777777">
        <w:trPr>
          <w:trHeight w:val="5472"/>
        </w:trPr>
        <w:tc>
          <w:tcPr>
            <w:tcW w:w="2232" w:type="dxa"/>
            <w:tcMar/>
          </w:tcPr>
          <w:p w:rsidR="0249CCA1" w:rsidP="0249CCA1" w:rsidRDefault="0249CCA1" w14:paraId="699CE8B8" w14:textId="5E1E8996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color w:val="07151B"/>
                <w:sz w:val="16"/>
                <w:szCs w:val="16"/>
              </w:rPr>
            </w:pPr>
          </w:p>
        </w:tc>
        <w:tc>
          <w:tcPr>
            <w:tcW w:w="5040" w:type="dxa"/>
            <w:tcMar/>
            <w:vAlign w:val="center"/>
          </w:tcPr>
          <w:p w:rsidR="5685A028" w:rsidP="0249CCA1" w:rsidRDefault="5685A028" w14:paraId="09825049" w14:textId="37BFC921">
            <w:pPr>
              <w:pStyle w:val="Normal"/>
              <w:bidi w:val="0"/>
              <w:jc w:val="center"/>
              <w:rPr>
                <w:rFonts w:ascii="Arial" w:hAnsi="Arial" w:eastAsia="Arial" w:cs="Arial"/>
                <w:b w:val="0"/>
                <w:bCs w:val="0"/>
                <w:color w:val="07151B"/>
                <w:sz w:val="20"/>
                <w:szCs w:val="20"/>
              </w:rPr>
            </w:pPr>
            <w:r w:rsidRPr="0249CCA1" w:rsidR="5685A028">
              <w:rPr>
                <w:rFonts w:ascii="Arial" w:hAnsi="Arial" w:eastAsia="Arial" w:cs="Arial"/>
                <w:b w:val="0"/>
                <w:bCs w:val="0"/>
                <w:color w:val="07151B"/>
                <w:sz w:val="20"/>
                <w:szCs w:val="20"/>
              </w:rPr>
              <w:t>{{</w:t>
            </w:r>
            <w:r w:rsidRPr="0249CCA1" w:rsidR="5685A028">
              <w:rPr>
                <w:rFonts w:ascii="Arial" w:hAnsi="Arial" w:eastAsia="Arial" w:cs="Arial"/>
                <w:b w:val="0"/>
                <w:bCs w:val="0"/>
                <w:color w:val="07151B"/>
                <w:sz w:val="20"/>
                <w:szCs w:val="20"/>
              </w:rPr>
              <w:t>qr.slot.overview.image</w:t>
            </w:r>
            <w:r w:rsidRPr="0249CCA1" w:rsidR="5685A028">
              <w:rPr>
                <w:rFonts w:ascii="Arial" w:hAnsi="Arial" w:eastAsia="Arial" w:cs="Arial"/>
                <w:b w:val="0"/>
                <w:bCs w:val="0"/>
                <w:color w:val="07151B"/>
                <w:sz w:val="20"/>
                <w:szCs w:val="20"/>
              </w:rPr>
              <w:t>}}</w:t>
            </w:r>
          </w:p>
        </w:tc>
        <w:tc>
          <w:tcPr>
            <w:tcW w:w="2232" w:type="dxa"/>
            <w:tcMar/>
          </w:tcPr>
          <w:p w:rsidR="0249CCA1" w:rsidP="0249CCA1" w:rsidRDefault="0249CCA1" w14:paraId="259E994B" w14:textId="54BAA60E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color w:val="07151B"/>
                <w:sz w:val="16"/>
                <w:szCs w:val="16"/>
              </w:rPr>
            </w:pPr>
          </w:p>
        </w:tc>
      </w:tr>
    </w:tbl>
    <w:p xmlns:wp14="http://schemas.microsoft.com/office/word/2010/wordml" w:rsidR="397E8DF9" w:rsidP="2FEC48D9" w:rsidRDefault="397E8DF9" w14:paraId="5A6C5558" wp14:textId="77777777">
      <w:pPr>
        <w:spacing w:after="0"/>
        <w:ind w:left="0"/>
        <w:jc w:val="center"/>
        <w:rPr>
          <w:rFonts w:ascii="Arial" w:hAnsi="Arial" w:eastAsia="Arial" w:cs="Arial"/>
          <w:b w:val="0"/>
          <w:bCs w:val="0"/>
          <w:color w:val="07151B"/>
          <w:sz w:val="16"/>
          <w:szCs w:val="16"/>
        </w:rPr>
      </w:pPr>
      <w:r w:rsidRPr="2FEC48D9" w:rsidR="397E8DF9">
        <w:rPr>
          <w:rFonts w:ascii="Arial" w:hAnsi="Arial" w:eastAsia="Arial" w:cs="Arial"/>
          <w:b w:val="0"/>
          <w:bCs w:val="0"/>
          <w:color w:val="07151B"/>
          <w:sz w:val="16"/>
          <w:szCs w:val="16"/>
        </w:rPr>
        <w:t>{{qr.report.detail.objekt}}</w:t>
      </w:r>
    </w:p>
    <w:p xmlns:wp14="http://schemas.microsoft.com/office/word/2010/wordml" w14:paraId="6A05A809" wp14:textId="77777777">
      <w:r>
        <w:br w:type="page"/>
      </w:r>
    </w:p>
    <w:p w:rsidR="57A7AB73" w:rsidP="1D26C0B4" w:rsidRDefault="57A7AB73" w14:paraId="2D320440" w14:textId="44492DEF">
      <w:pPr>
        <w:pStyle w:val="QRControl"/>
        <w:rPr>
          <w:rFonts w:ascii="Arial" w:hAnsi="Arial" w:eastAsia="Arial" w:cs="Arial"/>
          <w:b w:val="0"/>
          <w:bCs w:val="0"/>
          <w:color w:val="auto"/>
          <w:sz w:val="20"/>
          <w:szCs w:val="20"/>
          <w:highlight w:val="yellow"/>
        </w:rPr>
      </w:pPr>
      <w:r w:rsidRPr="1D26C0B4" w:rsidR="57A7AB73">
        <w:rPr>
          <w:rFonts w:ascii="Arial" w:hAnsi="Arial" w:eastAsia="Arial" w:cs="Arial"/>
          <w:b w:val="0"/>
          <w:bCs w:val="0"/>
          <w:color w:val="auto"/>
          <w:sz w:val="20"/>
          <w:szCs w:val="20"/>
          <w:highlight w:val="yellow"/>
        </w:rPr>
        <w:t>{{#</w:t>
      </w:r>
      <w:r w:rsidRPr="1D26C0B4" w:rsidR="57A7AB73">
        <w:rPr>
          <w:rFonts w:ascii="Arial" w:hAnsi="Arial" w:eastAsia="Arial" w:cs="Arial"/>
          <w:b w:val="0"/>
          <w:bCs w:val="0"/>
          <w:color w:val="auto"/>
          <w:sz w:val="20"/>
          <w:szCs w:val="20"/>
          <w:highlight w:val="yellow"/>
        </w:rPr>
        <w:t>qr.report</w:t>
      </w:r>
      <w:r w:rsidRPr="1D26C0B4" w:rsidR="57A7AB73">
        <w:rPr>
          <w:rFonts w:ascii="Arial" w:hAnsi="Arial" w:eastAsia="Arial" w:cs="Arial"/>
          <w:b w:val="0"/>
          <w:bCs w:val="0"/>
          <w:color w:val="auto"/>
          <w:sz w:val="20"/>
          <w:szCs w:val="20"/>
          <w:highlight w:val="yellow"/>
        </w:rPr>
        <w:t>.items}}</w:t>
      </w:r>
    </w:p>
    <w:p xmlns:wp14="http://schemas.microsoft.com/office/word/2010/wordml" w:rsidP="1D26C0B4" w14:paraId="4D8471FE" wp14:textId="1A1E2FD1">
      <w:pPr>
        <w:pStyle w:val="QRControl"/>
        <w:rPr>
          <w:rFonts w:ascii="Arial" w:hAnsi="Arial" w:eastAsia="Arial" w:cs="Arial"/>
          <w:b w:val="0"/>
          <w:bCs w:val="0"/>
          <w:color w:val="auto"/>
          <w:sz w:val="20"/>
          <w:szCs w:val="20"/>
        </w:rPr>
      </w:pPr>
      <w:r w:rsidRPr="1D26C0B4" w:rsidR="57A7AB73">
        <w:rPr>
          <w:rFonts w:ascii="Arial" w:hAnsi="Arial" w:eastAsia="Arial" w:cs="Arial"/>
          <w:b w:val="0"/>
          <w:bCs w:val="0"/>
          <w:color w:val="auto"/>
          <w:sz w:val="20"/>
          <w:szCs w:val="20"/>
        </w:rPr>
        <w:t>{{</w:t>
      </w:r>
      <w:r w:rsidRPr="1D26C0B4" w:rsidR="57A7AB73">
        <w:rPr>
          <w:rFonts w:ascii="Arial" w:hAnsi="Arial" w:eastAsia="Arial" w:cs="Arial"/>
          <w:b w:val="0"/>
          <w:bCs w:val="0"/>
          <w:color w:val="auto"/>
          <w:sz w:val="20"/>
          <w:szCs w:val="20"/>
        </w:rPr>
        <w:t>qr.item.image</w:t>
      </w:r>
      <w:r w:rsidRPr="1D26C0B4" w:rsidR="57A7AB73">
        <w:rPr>
          <w:rFonts w:ascii="Arial" w:hAnsi="Arial" w:eastAsia="Arial" w:cs="Arial"/>
          <w:b w:val="0"/>
          <w:bCs w:val="0"/>
          <w:color w:val="auto"/>
          <w:sz w:val="20"/>
          <w:szCs w:val="20"/>
        </w:rPr>
        <w:t>}}</w:t>
      </w:r>
    </w:p>
    <w:p xmlns:wp14="http://schemas.microsoft.com/office/word/2010/wordml" w:rsidP="496272BD" w14:paraId="31DF5CC6" wp14:textId="0DA053C4">
      <w:pPr>
        <w:pStyle w:val="QRControl"/>
        <w:rPr>
          <w:rFonts w:ascii="Arial" w:hAnsi="Arial" w:eastAsia="Arial" w:cs="Arial"/>
          <w:b w:val="1"/>
          <w:bCs w:val="1"/>
          <w:color w:val="auto"/>
          <w:sz w:val="18"/>
          <w:szCs w:val="18"/>
        </w:rPr>
      </w:pPr>
      <w:r w:rsidRPr="496272BD" w:rsidR="41C51BA3">
        <w:rPr>
          <w:rFonts w:ascii="Arial" w:hAnsi="Arial" w:eastAsia="Arial" w:cs="Arial"/>
          <w:b w:val="1"/>
          <w:bCs w:val="1"/>
          <w:color w:val="auto"/>
          <w:sz w:val="18"/>
          <w:szCs w:val="18"/>
        </w:rPr>
        <w:t>{{</w:t>
      </w:r>
      <w:r w:rsidRPr="496272BD" w:rsidR="41C51BA3">
        <w:rPr>
          <w:rFonts w:ascii="Arial" w:hAnsi="Arial" w:eastAsia="Arial" w:cs="Arial"/>
          <w:b w:val="1"/>
          <w:bCs w:val="1"/>
          <w:color w:val="auto"/>
          <w:sz w:val="18"/>
          <w:szCs w:val="18"/>
        </w:rPr>
        <w:t>qr.item.caption</w:t>
      </w:r>
      <w:r w:rsidRPr="496272BD" w:rsidR="41C51BA3">
        <w:rPr>
          <w:rFonts w:ascii="Arial" w:hAnsi="Arial" w:eastAsia="Arial" w:cs="Arial"/>
          <w:b w:val="1"/>
          <w:bCs w:val="1"/>
          <w:color w:val="auto"/>
          <w:sz w:val="18"/>
          <w:szCs w:val="18"/>
        </w:rPr>
        <w:t>}}</w:t>
      </w:r>
    </w:p>
    <w:p xmlns:wp14="http://schemas.microsoft.com/office/word/2010/wordml" w:rsidP="496272BD" w14:paraId="5F24638E" wp14:textId="77777777">
      <w:pPr>
        <w:pStyle w:val="QRSmallPlaceholder"/>
        <w:rPr>
          <w:rFonts w:ascii="Arial" w:hAnsi="Arial" w:eastAsia="Arial" w:cs="Arial"/>
          <w:b w:val="0"/>
          <w:bCs w:val="0"/>
          <w:i w:val="1"/>
          <w:iCs w:val="1"/>
          <w:color w:val="000000" w:themeColor="text1" w:themeTint="FF" w:themeShade="FF"/>
          <w:sz w:val="18"/>
          <w:szCs w:val="18"/>
        </w:rPr>
      </w:pPr>
      <w:r w:rsidRPr="496272BD" w:rsidR="41C51BA3">
        <w:rPr>
          <w:rFonts w:ascii="Arial" w:hAnsi="Arial" w:eastAsia="Arial" w:cs="Arial"/>
          <w:b w:val="0"/>
          <w:bCs w:val="0"/>
          <w:i w:val="1"/>
          <w:iCs w:val="1"/>
          <w:color w:val="000000" w:themeColor="text1" w:themeTint="FF" w:themeShade="FF"/>
          <w:sz w:val="18"/>
          <w:szCs w:val="18"/>
        </w:rPr>
        <w:t>{{qr.item.color_legend}}</w:t>
      </w:r>
    </w:p>
    <w:p w:rsidR="57A7AB73" w:rsidP="57A7AB73" w:rsidRDefault="57A7AB73" w14:paraId="31EDE61F" w14:textId="5017538C">
      <w:pPr>
        <w:pStyle w:val="QRBodyPlaceholder"/>
        <w:rPr>
          <w:rFonts w:ascii="Arial" w:hAnsi="Arial" w:eastAsia="Arial" w:cs="Arial"/>
          <w:b w:val="0"/>
          <w:bCs w:val="0"/>
          <w:color w:val="auto"/>
          <w:sz w:val="21"/>
          <w:szCs w:val="21"/>
        </w:rPr>
      </w:pPr>
    </w:p>
    <w:p xmlns:wp14="http://schemas.microsoft.com/office/word/2010/wordml" w:rsidP="1D26C0B4" w14:paraId="2195A4CF" wp14:textId="77777777">
      <w:pPr>
        <w:pStyle w:val="QRControl"/>
        <w:rPr>
          <w:rFonts w:ascii="Arial" w:hAnsi="Arial" w:eastAsia="Arial" w:cs="Arial"/>
          <w:b w:val="0"/>
          <w:bCs w:val="0"/>
          <w:color w:val="auto"/>
          <w:sz w:val="20"/>
          <w:szCs w:val="20"/>
          <w:highlight w:val="yellow"/>
        </w:rPr>
      </w:pPr>
      <w:r w:rsidRPr="1D26C0B4" w:rsidR="57A7AB73">
        <w:rPr>
          <w:rFonts w:ascii="Arial" w:hAnsi="Arial" w:eastAsia="Arial" w:cs="Arial"/>
          <w:b w:val="0"/>
          <w:bCs w:val="0"/>
          <w:color w:val="auto"/>
          <w:sz w:val="20"/>
          <w:szCs w:val="20"/>
          <w:highlight w:val="yellow"/>
        </w:rPr>
        <w:t>{{#qr.item.pin_tree}}</w:t>
      </w:r>
    </w:p>
    <w:p xmlns:wp14="http://schemas.microsoft.com/office/word/2010/wordml" w:rsidP="1D26C0B4" w14:paraId="245B7BFC" wp14:textId="77777777">
      <w:pPr>
        <w:pStyle w:val="QRControl"/>
        <w:rPr>
          <w:rFonts w:ascii="Arial" w:hAnsi="Arial" w:eastAsia="Arial" w:cs="Arial"/>
          <w:b w:val="0"/>
          <w:bCs w:val="0"/>
          <w:color w:val="auto"/>
          <w:sz w:val="20"/>
          <w:szCs w:val="20"/>
        </w:rPr>
      </w:pPr>
      <w:r w:rsidRPr="1D26C0B4" w:rsidR="57A7AB73">
        <w:rPr>
          <w:rFonts w:ascii="Arial" w:hAnsi="Arial" w:eastAsia="Arial" w:cs="Arial"/>
          <w:b w:val="0"/>
          <w:bCs w:val="0"/>
          <w:color w:val="auto"/>
          <w:sz w:val="20"/>
          <w:szCs w:val="20"/>
        </w:rPr>
        <w:t>{{qr.new_page}}</w:t>
      </w:r>
    </w:p>
    <w:p xmlns:wp14="http://schemas.microsoft.com/office/word/2010/wordml" w:rsidP="1D26C0B4" w14:paraId="570323BE" wp14:textId="77777777">
      <w:pPr>
        <w:pStyle w:val="QRPinHeading"/>
        <w:pBdr>
          <w:bottom w:val="single" w:color="000000" w:sz="8" w:space="5"/>
        </w:pBdr>
        <w:rPr>
          <w:rFonts w:ascii="Arial" w:hAnsi="Arial" w:eastAsia="Arial" w:cs="Arial"/>
          <w:b w:val="1"/>
          <w:bCs w:val="1"/>
          <w:color w:val="auto"/>
          <w:sz w:val="32"/>
          <w:szCs w:val="32"/>
        </w:rPr>
      </w:pPr>
      <w:r w:rsidRPr="1D26C0B4" w:rsidR="57A7AB73">
        <w:rPr>
          <w:rFonts w:ascii="Arial" w:hAnsi="Arial" w:eastAsia="Arial" w:cs="Arial"/>
          <w:b w:val="1"/>
          <w:bCs w:val="1"/>
          <w:color w:val="auto"/>
          <w:sz w:val="32"/>
          <w:szCs w:val="32"/>
        </w:rPr>
        <w:t>{{qr.pin.heading}}</w:t>
      </w:r>
    </w:p>
    <w:p xmlns:wp14="http://schemas.microsoft.com/office/word/2010/wordml" w:rsidR="7E12F7FC" w:rsidP="1D26C0B4" w:rsidRDefault="7E12F7FC" w14:paraId="3F903610" wp14:textId="77777777">
      <w:pPr>
        <w:pStyle w:val="QRImagePlaceholder"/>
        <w:jc w:val="left"/>
      </w:pPr>
      <w:r w:rsidRPr="1D26C0B4" w:rsidR="7E12F7FC">
        <w:rPr>
          <w:rFonts w:ascii="Arial" w:hAnsi="Arial" w:eastAsia="Arial" w:cs="Arial"/>
          <w:b w:val="0"/>
          <w:bCs w:val="0"/>
          <w:color w:val="auto"/>
          <w:sz w:val="20"/>
          <w:szCs w:val="20"/>
        </w:rPr>
        <w:t>{{qr.pin.cutout_image}}</w:t>
      </w:r>
    </w:p>
    <w:tbl>
      <w:tblPr>
        <w:tblStyle w:val="TableGridLight"/>
        <w:tblW w:w="9638" w:type="dxa"/>
        <w:jc w:val="left"/>
        <w:tblBorders>
          <w:top w:val="none" w:color="FFFFFF" w:themeColor="background1" w:sz="12"/>
          <w:left w:val="none" w:color="FFFFFF" w:themeColor="background1" w:sz="12"/>
          <w:bottom w:val="none" w:color="FFFFFF" w:themeColor="background1" w:sz="12"/>
          <w:right w:val="none" w:color="FFFFFF" w:themeColor="background1" w:sz="12"/>
          <w:insideH w:val="none" w:color="FFFFFF" w:themeColor="background1" w:sz="12"/>
          <w:insideV w:val="none" w:color="FFFFFF" w:themeColor="background1" w:sz="12"/>
        </w:tblBorders>
        <w:tblLook w:val="04A0" w:firstRow="1" w:lastRow="0" w:firstColumn="1" w:lastColumn="0" w:noHBand="0" w:noVBand="1"/>
      </w:tblPr>
      <w:tblGrid>
        <w:gridCol w:w="2985"/>
        <w:gridCol w:w="6653"/>
      </w:tblGrid>
      <w:tr xmlns:wp14="http://schemas.microsoft.com/office/word/2010/wordml" w:rsidR="1D26C0B4" w:rsidTr="496272BD" w14:paraId="23CDB91B" wp14:textId="77777777">
        <w:trPr>
          <w:trHeight w:val="300"/>
        </w:trPr>
        <w:tc>
          <w:tcPr>
            <w:tcW w:w="2985" w:type="dxa"/>
            <w:tcMar/>
          </w:tcPr>
          <w:p w:rsidR="6344F1D9" w:rsidP="1D26C0B4" w:rsidRDefault="6344F1D9" w14:paraId="73F30913" w14:textId="7479A0BB">
            <w:pPr>
              <w:pStyle w:val="QRControl"/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</w:pPr>
            <w:r w:rsidRPr="1D26C0B4" w:rsidR="6344F1D9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  <w:t>{{#</w:t>
            </w:r>
            <w:r w:rsidRPr="1D26C0B4" w:rsidR="6344F1D9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  <w:t>qr.pin.attributes</w:t>
            </w:r>
            <w:r w:rsidRPr="1D26C0B4" w:rsidR="6344F1D9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  <w:t>}}</w:t>
            </w:r>
          </w:p>
          <w:p w:rsidR="3F6A8BA1" w:rsidP="1D26C0B4" w:rsidRDefault="3F6A8BA1" w14:paraId="2DD7A155" w14:textId="119A589E">
            <w:pPr>
              <w:pStyle w:val="QRControl"/>
            </w:pPr>
            <w:r w:rsidRPr="1D26C0B4" w:rsidR="3F6A8BA1">
              <w:rPr>
                <w:rFonts w:ascii="Arial" w:hAnsi="Arial" w:eastAsia="Arial" w:cs="Arial"/>
                <w:b w:val="1"/>
                <w:bCs w:val="1"/>
                <w:color w:val="auto"/>
                <w:sz w:val="18"/>
                <w:szCs w:val="18"/>
              </w:rPr>
              <w:t>{{</w:t>
            </w:r>
            <w:r w:rsidRPr="1D26C0B4" w:rsidR="3F6A8BA1">
              <w:rPr>
                <w:rFonts w:ascii="Arial" w:hAnsi="Arial" w:eastAsia="Arial" w:cs="Arial"/>
                <w:b w:val="1"/>
                <w:bCs w:val="1"/>
                <w:color w:val="auto"/>
                <w:sz w:val="18"/>
                <w:szCs w:val="18"/>
              </w:rPr>
              <w:t>qr.pin.attribute.key</w:t>
            </w:r>
            <w:r w:rsidRPr="1D26C0B4" w:rsidR="3F6A8BA1">
              <w:rPr>
                <w:rFonts w:ascii="Arial" w:hAnsi="Arial" w:eastAsia="Arial" w:cs="Arial"/>
                <w:b w:val="1"/>
                <w:bCs w:val="1"/>
                <w:color w:val="auto"/>
                <w:sz w:val="18"/>
                <w:szCs w:val="18"/>
              </w:rPr>
              <w:t xml:space="preserve">}} </w:t>
            </w:r>
          </w:p>
          <w:p w:rsidR="2E644107" w:rsidP="1D26C0B4" w:rsidRDefault="2E644107" w14:paraId="73E02457" w14:textId="013AC812">
            <w:pPr>
              <w:pStyle w:val="QRControl"/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</w:pPr>
            <w:r w:rsidRPr="1D26C0B4" w:rsidR="2E644107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  <w:t>{{/</w:t>
            </w:r>
            <w:r w:rsidRPr="1D26C0B4" w:rsidR="2E644107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  <w:t>qr.pin.attributes</w:t>
            </w:r>
            <w:r w:rsidRPr="1D26C0B4" w:rsidR="2E644107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  <w:t>}}</w:t>
            </w:r>
          </w:p>
        </w:tc>
        <w:tc>
          <w:tcPr>
            <w:tcW w:w="6653" w:type="dxa"/>
            <w:tcMar/>
          </w:tcPr>
          <w:p w:rsidR="3F6A8BA1" w:rsidP="1D26C0B4" w:rsidRDefault="3F6A8BA1" w14:paraId="59742674" w14:textId="44A83655">
            <w:pPr>
              <w:pStyle w:val="QRControl"/>
              <w:rPr>
                <w:rFonts w:ascii="Arial" w:hAnsi="Arial" w:eastAsia="Arial" w:cs="Arial"/>
                <w:b w:val="0"/>
                <w:bCs w:val="0"/>
                <w:color w:val="auto"/>
                <w:sz w:val="18"/>
                <w:szCs w:val="18"/>
              </w:rPr>
            </w:pPr>
            <w:r w:rsidRPr="1D26C0B4" w:rsidR="3F6A8BA1">
              <w:rPr>
                <w:rFonts w:ascii="Arial" w:hAnsi="Arial" w:eastAsia="Arial" w:cs="Arial"/>
                <w:b w:val="0"/>
                <w:bCs w:val="0"/>
                <w:color w:val="auto"/>
                <w:sz w:val="18"/>
                <w:szCs w:val="18"/>
              </w:rPr>
              <w:t>{{</w:t>
            </w:r>
            <w:r w:rsidRPr="1D26C0B4" w:rsidR="3F6A8BA1">
              <w:rPr>
                <w:rFonts w:ascii="Arial" w:hAnsi="Arial" w:eastAsia="Arial" w:cs="Arial"/>
                <w:b w:val="0"/>
                <w:bCs w:val="0"/>
                <w:color w:val="auto"/>
                <w:sz w:val="18"/>
                <w:szCs w:val="18"/>
              </w:rPr>
              <w:t>qr.pin.attribute.value</w:t>
            </w:r>
            <w:r w:rsidRPr="1D26C0B4" w:rsidR="3F6A8BA1">
              <w:rPr>
                <w:rFonts w:ascii="Arial" w:hAnsi="Arial" w:eastAsia="Arial" w:cs="Arial"/>
                <w:b w:val="0"/>
                <w:bCs w:val="0"/>
                <w:color w:val="auto"/>
                <w:sz w:val="18"/>
                <w:szCs w:val="18"/>
              </w:rPr>
              <w:t>}}</w:t>
            </w:r>
          </w:p>
        </w:tc>
      </w:tr>
    </w:tbl>
    <w:tbl>
      <w:tblPr>
        <w:tblStyle w:val="TableGridLight"/>
        <w:tblW w:w="9638" w:type="dxa"/>
        <w:jc w:val="left"/>
        <w:tblBorders>
          <w:top w:val="none" w:color="FFFFFF" w:themeColor="background1" w:themeShade="" w:sz="12"/>
          <w:left w:val="none" w:color="FFFFFF" w:themeColor="background1" w:themeShade="" w:sz="12"/>
          <w:bottom w:val="none" w:color="FFFFFF" w:themeColor="background1" w:themeShade="" w:sz="12"/>
          <w:right w:val="none" w:color="FFFFFF" w:themeColor="background1" w:themeShade="" w:sz="12"/>
          <w:insideH w:val="none" w:color="FFFFFF" w:themeColor="background1" w:themeShade="" w:sz="12"/>
          <w:insideV w:val="none" w:color="FFFFFF" w:themeColor="background1" w:themeShade="" w:sz="12"/>
        </w:tblBorders>
        <w:tblLayout w:type="fixed"/>
        <w:tblLook w:val="04A0" w:firstRow="1" w:lastRow="0" w:firstColumn="1" w:lastColumn="0" w:noHBand="0" w:noVBand="1"/>
        <w:tblInd w:w="0" w:type="dxa"/>
      </w:tblPr>
      <w:tblGrid>
        <w:gridCol w:w="4819"/>
        <w:gridCol w:w="4819"/>
      </w:tblGrid>
      <w:tr xmlns:wp14="http://schemas.microsoft.com/office/word/2010/wordml" w:rsidTr="2F6D9839" w14:paraId="51370DBD" wp14:textId="77777777">
        <w:tc>
          <w:tcPr>
            <w:tcW w:w="4819" w:type="dxa"/>
            <w:tcBorders>
              <w:top w:val="none" w:color="FFFFFF" w:themeColor="background1" w:themeShade="" w:sz="5" w:space="0"/>
              <w:left w:val="none" w:color="FFFFFF" w:themeColor="background1" w:themeShade="" w:sz="5"/>
              <w:start w:val="single" w:color="D8E3E6" w:sz="5" w:space="0"/>
              <w:bottom w:val="none" w:color="FFFFFF" w:themeColor="background1" w:themeShade="" w:sz="5" w:space="0"/>
              <w:right w:val="none" w:color="FFFFFF" w:themeColor="background1" w:themeShade="" w:sz="5"/>
              <w:end w:val="single" w:color="D8E3E6" w:sz="5" w:space="0"/>
            </w:tcBorders>
            <w:tcMar>
              <w:top w:w="110" w:type="dxa"/>
              <w:left w:w="110" w:type="dxa"/>
              <w:start w:w="110" w:type="dxa"/>
              <w:bottom w:w="110" w:type="dxa"/>
              <w:right w:w="110" w:type="dxa"/>
              <w:end w:w="110" w:type="dxa"/>
            </w:tcMar>
            <w:vAlign w:val="top"/>
          </w:tcPr>
          <w:p w:rsidR="496272BD" w:rsidP="496272BD" w:rsidRDefault="496272BD" w14:paraId="25839376" w14:textId="201E3697">
            <w:pPr>
              <w:pStyle w:val="QRControl"/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</w:pPr>
          </w:p>
          <w:p w:rsidP="1D26C0B4" w14:paraId="04F39A5D" wp14:textId="69E25011">
            <w:pPr>
              <w:pStyle w:val="QRControl"/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</w:pPr>
            <w:r w:rsidRPr="1D26C0B4" w:rsidR="57A7AB73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  <w:t>{{#</w:t>
            </w:r>
            <w:r w:rsidRPr="1D26C0B4" w:rsidR="57A7AB73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  <w:t>qr.pin.items</w:t>
            </w:r>
            <w:r w:rsidRPr="1D26C0B4" w:rsidR="57A7AB73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  <w:t>.grid}}</w:t>
            </w:r>
          </w:p>
          <w:p w:rsidP="1D26C0B4" w14:paraId="5A8C6573" wp14:textId="06C7081A">
            <w:pPr>
              <w:pStyle w:val="QRControl"/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</w:rPr>
            </w:pPr>
            <w:r w:rsidRPr="1D26C0B4" w:rsidR="57A7AB73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</w:rPr>
              <w:t>{{</w:t>
            </w:r>
            <w:r w:rsidRPr="1D26C0B4" w:rsidR="57A7AB73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</w:rPr>
              <w:t>qr.item.image</w:t>
            </w:r>
            <w:r w:rsidRPr="1D26C0B4" w:rsidR="57A7AB73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</w:rPr>
              <w:t>}}</w:t>
            </w:r>
          </w:p>
          <w:p w:rsidP="57A7AB73" w14:paraId="6433F037" wp14:textId="77777777">
            <w:pPr>
              <w:pStyle w:val="QRSmallPlaceholder"/>
              <w:rPr>
                <w:rFonts w:ascii="Arial" w:hAnsi="Arial" w:eastAsia="Arial" w:cs="Arial"/>
                <w:b w:val="0"/>
                <w:bCs w:val="0"/>
                <w:color w:val="auto"/>
                <w:sz w:val="17"/>
                <w:szCs w:val="17"/>
              </w:rPr>
            </w:pPr>
            <w:r w:rsidRPr="57A7AB73" w:rsidR="57A7AB73">
              <w:rPr>
                <w:rFonts w:ascii="Arial" w:hAnsi="Arial" w:eastAsia="Arial" w:cs="Arial"/>
                <w:b w:val="0"/>
                <w:bCs w:val="0"/>
                <w:color w:val="auto"/>
                <w:sz w:val="17"/>
                <w:szCs w:val="17"/>
              </w:rPr>
              <w:t>{{qr.item.photo_taken_at}}</w:t>
            </w:r>
          </w:p>
          <w:p w:rsidP="1D26C0B4" w14:paraId="36AE5DC8" wp14:textId="77777777">
            <w:pPr>
              <w:pStyle w:val="QRControl"/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</w:pPr>
            <w:r w:rsidRPr="1D26C0B4" w:rsidR="57A7AB73">
              <w:rPr>
                <w:rFonts w:ascii="Arial" w:hAnsi="Arial" w:eastAsia="Arial" w:cs="Arial"/>
                <w:b w:val="0"/>
                <w:bCs w:val="0"/>
                <w:color w:val="auto"/>
                <w:sz w:val="20"/>
                <w:szCs w:val="20"/>
                <w:highlight w:val="yellow"/>
              </w:rPr>
              <w:t>{{/qr.pin.items.grid}}</w:t>
            </w:r>
          </w:p>
        </w:tc>
        <w:tc>
          <w:tcPr>
            <w:tcW w:w="4819" w:type="dxa"/>
            <w:tcBorders>
              <w:top w:val="none" w:color="FFFFFF" w:themeColor="background1" w:themeShade="" w:sz="5" w:space="0"/>
              <w:left w:val="none" w:color="FFFFFF" w:themeColor="background1" w:themeShade="" w:sz="5"/>
              <w:start w:val="single" w:color="D8E3E6" w:sz="5" w:space="0"/>
              <w:bottom w:val="none" w:color="FFFFFF" w:themeColor="background1" w:themeShade="" w:sz="5" w:space="0"/>
              <w:right w:val="none" w:color="FFFFFF" w:themeColor="background1" w:themeShade="" w:sz="5"/>
              <w:end w:val="single" w:color="D8E3E6" w:sz="5" w:space="0"/>
            </w:tcBorders>
            <w:tcMar>
              <w:top w:w="110" w:type="dxa"/>
              <w:left w:w="110" w:type="dxa"/>
              <w:start w:w="110" w:type="dxa"/>
              <w:bottom w:w="110" w:type="dxa"/>
              <w:right w:w="110" w:type="dxa"/>
              <w:end w:w="110" w:type="dxa"/>
            </w:tcMar>
            <w:vAlign w:val="top"/>
          </w:tcPr>
          <w:p w:rsidP="57A7AB73" w14:paraId="41C8F396" wp14:textId="77777777">
            <w:pPr>
              <w:rPr>
                <w:color w:val="auto"/>
              </w:rPr>
            </w:pPr>
          </w:p>
        </w:tc>
      </w:tr>
    </w:tbl>
    <w:p xmlns:wp14="http://schemas.microsoft.com/office/word/2010/wordml" w:rsidP="57A7AB73" w14:paraId="00C3E6DB" wp14:textId="77777777">
      <w:pPr>
        <w:pStyle w:val="QRControl"/>
      </w:pPr>
      <w:r w:rsidRPr="496272BD" w:rsidR="41C51BA3">
        <w:rPr>
          <w:rFonts w:ascii="Arial" w:hAnsi="Arial" w:eastAsia="Arial" w:cs="Arial"/>
          <w:b w:val="0"/>
          <w:bCs w:val="0"/>
          <w:color w:val="auto"/>
          <w:sz w:val="20"/>
          <w:szCs w:val="20"/>
          <w:highlight w:val="yellow"/>
        </w:rPr>
        <w:t>{{#qr.pin.items}}</w:t>
      </w:r>
    </w:p>
    <w:p w:rsidR="2C4E1082" w:rsidP="496272BD" w:rsidRDefault="2C4E1082" w14:paraId="201DECE3" w14:textId="455097C7">
      <w:pPr>
        <w:pStyle w:val="QRControl"/>
        <w:rPr>
          <w:rFonts w:ascii="Arial" w:hAnsi="Arial" w:eastAsia="Arial" w:cs="Arial"/>
          <w:b w:val="0"/>
          <w:bCs w:val="0"/>
          <w:color w:val="auto"/>
          <w:sz w:val="20"/>
          <w:szCs w:val="20"/>
        </w:rPr>
      </w:pPr>
      <w:r w:rsidRPr="496272BD" w:rsidR="2C4E1082">
        <w:rPr>
          <w:rFonts w:ascii="Arial" w:hAnsi="Arial" w:eastAsia="Arial" w:cs="Arial"/>
          <w:b w:val="0"/>
          <w:bCs w:val="0"/>
          <w:color w:val="auto"/>
          <w:sz w:val="20"/>
          <w:szCs w:val="20"/>
        </w:rPr>
        <w:t>{{</w:t>
      </w:r>
      <w:r w:rsidRPr="496272BD" w:rsidR="2C4E1082">
        <w:rPr>
          <w:rFonts w:ascii="Arial" w:hAnsi="Arial" w:eastAsia="Arial" w:cs="Arial"/>
          <w:b w:val="0"/>
          <w:bCs w:val="0"/>
          <w:color w:val="auto"/>
          <w:sz w:val="20"/>
          <w:szCs w:val="20"/>
        </w:rPr>
        <w:t>qr.new_page</w:t>
      </w:r>
      <w:r w:rsidRPr="496272BD" w:rsidR="2C4E1082">
        <w:rPr>
          <w:rFonts w:ascii="Arial" w:hAnsi="Arial" w:eastAsia="Arial" w:cs="Arial"/>
          <w:b w:val="0"/>
          <w:bCs w:val="0"/>
          <w:color w:val="auto"/>
          <w:sz w:val="20"/>
          <w:szCs w:val="20"/>
        </w:rPr>
        <w:t>}}</w:t>
      </w:r>
    </w:p>
    <w:p w:rsidR="0408E211" w:rsidP="1D26C0B4" w:rsidRDefault="0408E211" w14:paraId="726FB33D" w14:textId="3ADA5DFC">
      <w:pPr>
        <w:pStyle w:val="QRBodyPlaceholder"/>
        <w:rPr>
          <w:rFonts w:ascii="Arial" w:hAnsi="Arial" w:eastAsia="Arial" w:cs="Arial"/>
          <w:b w:val="1"/>
          <w:bCs w:val="1"/>
          <w:color w:val="auto"/>
          <w:sz w:val="24"/>
          <w:szCs w:val="24"/>
        </w:rPr>
      </w:pPr>
      <w:r w:rsidRPr="1D26C0B4" w:rsidR="0408E211">
        <w:rPr>
          <w:rFonts w:ascii="Arial" w:hAnsi="Arial" w:eastAsia="Arial" w:cs="Arial"/>
          <w:b w:val="1"/>
          <w:bCs w:val="1"/>
          <w:color w:val="auto"/>
          <w:sz w:val="24"/>
          <w:szCs w:val="24"/>
        </w:rPr>
        <w:t>{{</w:t>
      </w:r>
      <w:r w:rsidRPr="1D26C0B4" w:rsidR="0408E211">
        <w:rPr>
          <w:rFonts w:ascii="Arial" w:hAnsi="Arial" w:eastAsia="Arial" w:cs="Arial"/>
          <w:b w:val="1"/>
          <w:bCs w:val="1"/>
          <w:color w:val="auto"/>
          <w:sz w:val="24"/>
          <w:szCs w:val="24"/>
        </w:rPr>
        <w:t>qr.item.title</w:t>
      </w:r>
      <w:r w:rsidRPr="1D26C0B4" w:rsidR="0408E211">
        <w:rPr>
          <w:rFonts w:ascii="Arial" w:hAnsi="Arial" w:eastAsia="Arial" w:cs="Arial"/>
          <w:b w:val="1"/>
          <w:bCs w:val="1"/>
          <w:color w:val="auto"/>
          <w:sz w:val="24"/>
          <w:szCs w:val="24"/>
        </w:rPr>
        <w:t>}}</w:t>
      </w:r>
    </w:p>
    <w:p xmlns:wp14="http://schemas.microsoft.com/office/word/2010/wordml" w:rsidP="496272BD" w14:paraId="74D8D4CD" wp14:textId="77777777">
      <w:pPr>
        <w:pStyle w:val="QRBodyPlaceholder"/>
        <w:jc w:val="both"/>
        <w:rPr>
          <w:rFonts w:ascii="Arial" w:hAnsi="Arial" w:eastAsia="Arial" w:cs="Arial"/>
          <w:b w:val="0"/>
          <w:bCs w:val="0"/>
          <w:color w:val="auto"/>
          <w:sz w:val="21"/>
          <w:szCs w:val="21"/>
        </w:rPr>
      </w:pPr>
      <w:r w:rsidRPr="496272BD" w:rsidR="41C51BA3">
        <w:rPr>
          <w:rFonts w:ascii="Arial" w:hAnsi="Arial" w:eastAsia="Arial" w:cs="Arial"/>
          <w:b w:val="0"/>
          <w:bCs w:val="0"/>
          <w:color w:val="auto"/>
          <w:sz w:val="21"/>
          <w:szCs w:val="21"/>
        </w:rPr>
        <w:t>{{qr.item.text}}</w:t>
      </w:r>
    </w:p>
    <w:p xmlns:wp14="http://schemas.microsoft.com/office/word/2010/wordml" w:rsidP="1D26C0B4" w14:paraId="409F88F0" wp14:textId="77777777">
      <w:pPr>
        <w:pStyle w:val="QRControl"/>
        <w:rPr>
          <w:rFonts w:ascii="Arial" w:hAnsi="Arial" w:eastAsia="Arial" w:cs="Arial"/>
          <w:b w:val="1"/>
          <w:bCs w:val="1"/>
          <w:color w:val="auto"/>
          <w:sz w:val="20"/>
          <w:szCs w:val="20"/>
          <w:highlight w:val="yellow"/>
        </w:rPr>
      </w:pPr>
      <w:r w:rsidRPr="1D26C0B4" w:rsidR="57A7AB73">
        <w:rPr>
          <w:rFonts w:ascii="Arial" w:hAnsi="Arial" w:eastAsia="Arial" w:cs="Arial"/>
          <w:b w:val="1"/>
          <w:bCs w:val="1"/>
          <w:color w:val="auto"/>
          <w:sz w:val="20"/>
          <w:szCs w:val="20"/>
          <w:highlight w:val="yellow"/>
        </w:rPr>
        <w:t>{{/qr.pin.items}}</w:t>
      </w:r>
    </w:p>
    <w:p xmlns:wp14="http://schemas.microsoft.com/office/word/2010/wordml" w:rsidP="1D26C0B4" w14:paraId="13D5DDE6" wp14:textId="77777777">
      <w:pPr>
        <w:pStyle w:val="QRControl"/>
        <w:rPr>
          <w:rFonts w:ascii="Arial" w:hAnsi="Arial" w:eastAsia="Arial" w:cs="Arial"/>
          <w:b w:val="1"/>
          <w:bCs w:val="1"/>
          <w:color w:val="auto"/>
          <w:sz w:val="20"/>
          <w:szCs w:val="20"/>
          <w:highlight w:val="yellow"/>
        </w:rPr>
      </w:pPr>
      <w:r w:rsidRPr="1D26C0B4" w:rsidR="57A7AB73">
        <w:rPr>
          <w:rFonts w:ascii="Arial" w:hAnsi="Arial" w:eastAsia="Arial" w:cs="Arial"/>
          <w:b w:val="1"/>
          <w:bCs w:val="1"/>
          <w:color w:val="auto"/>
          <w:sz w:val="20"/>
          <w:szCs w:val="20"/>
          <w:highlight w:val="yellow"/>
        </w:rPr>
        <w:t>{{/qr.item.pin_tree}}</w:t>
      </w:r>
    </w:p>
    <w:p w:rsidR="666F8E73" w:rsidP="1D26C0B4" w:rsidRDefault="666F8E73" w14:paraId="37CD1D2C" w14:textId="51F34EFE">
      <w:pPr>
        <w:pStyle w:val="QRBodyPlaceholder"/>
        <w:pBdr>
          <w:bottom w:val="single" w:color="000000" w:sz="4" w:space="4"/>
        </w:pBdr>
        <w:rPr>
          <w:rFonts w:ascii="Arial" w:hAnsi="Arial" w:eastAsia="Arial" w:cs="Arial"/>
          <w:b w:val="1"/>
          <w:bCs w:val="1"/>
          <w:color w:val="auto"/>
          <w:sz w:val="32"/>
          <w:szCs w:val="32"/>
        </w:rPr>
      </w:pPr>
      <w:r w:rsidRPr="1D26C0B4" w:rsidR="666F8E73">
        <w:rPr>
          <w:rFonts w:ascii="Arial" w:hAnsi="Arial" w:eastAsia="Arial" w:cs="Arial"/>
          <w:b w:val="1"/>
          <w:bCs w:val="1"/>
          <w:color w:val="auto"/>
          <w:sz w:val="32"/>
          <w:szCs w:val="32"/>
        </w:rPr>
        <w:t>{{qr.item.title}}</w:t>
      </w:r>
    </w:p>
    <w:p xmlns:wp14="http://schemas.microsoft.com/office/word/2010/wordml" w:rsidR="666F8E73" w:rsidP="496272BD" w:rsidRDefault="666F8E73" w14:paraId="55FAEBBF" wp14:textId="77777777">
      <w:pPr>
        <w:pStyle w:val="QRBodyPlaceholder"/>
        <w:jc w:val="both"/>
        <w:rPr>
          <w:rFonts w:ascii="Arial" w:hAnsi="Arial" w:eastAsia="Arial" w:cs="Arial"/>
          <w:b w:val="0"/>
          <w:bCs w:val="0"/>
          <w:color w:val="auto"/>
          <w:sz w:val="20"/>
          <w:szCs w:val="20"/>
        </w:rPr>
      </w:pPr>
      <w:r w:rsidRPr="496272BD" w:rsidR="4610EF9A">
        <w:rPr>
          <w:rFonts w:ascii="Arial" w:hAnsi="Arial" w:eastAsia="Arial" w:cs="Arial"/>
          <w:b w:val="0"/>
          <w:bCs w:val="0"/>
          <w:color w:val="auto"/>
          <w:sz w:val="20"/>
          <w:szCs w:val="20"/>
        </w:rPr>
        <w:t>{{qr.item.text}}</w:t>
      </w:r>
    </w:p>
    <w:p w:rsidR="666F8E73" w:rsidP="1D26C0B4" w:rsidRDefault="666F8E73" w14:paraId="13A47630" w14:textId="1188D784">
      <w:pPr>
        <w:pStyle w:val="QRControl"/>
        <w:rPr>
          <w:rFonts w:ascii="Arial" w:hAnsi="Arial" w:eastAsia="Arial" w:cs="Arial"/>
          <w:b w:val="0"/>
          <w:bCs w:val="0"/>
          <w:color w:val="auto"/>
          <w:sz w:val="20"/>
          <w:szCs w:val="20"/>
        </w:rPr>
      </w:pPr>
      <w:r w:rsidRPr="1D26C0B4" w:rsidR="666F8E73">
        <w:rPr>
          <w:rFonts w:ascii="Arial" w:hAnsi="Arial" w:eastAsia="Arial" w:cs="Arial"/>
          <w:b w:val="0"/>
          <w:bCs w:val="0"/>
          <w:color w:val="auto"/>
          <w:sz w:val="20"/>
          <w:szCs w:val="20"/>
        </w:rPr>
        <w:t>{{</w:t>
      </w:r>
      <w:r w:rsidRPr="1D26C0B4" w:rsidR="666F8E73">
        <w:rPr>
          <w:rFonts w:ascii="Arial" w:hAnsi="Arial" w:eastAsia="Arial" w:cs="Arial"/>
          <w:b w:val="0"/>
          <w:bCs w:val="0"/>
          <w:color w:val="auto"/>
          <w:sz w:val="20"/>
          <w:szCs w:val="20"/>
        </w:rPr>
        <w:t>qr.new_page</w:t>
      </w:r>
      <w:r w:rsidRPr="1D26C0B4" w:rsidR="666F8E73">
        <w:rPr>
          <w:rFonts w:ascii="Arial" w:hAnsi="Arial" w:eastAsia="Arial" w:cs="Arial"/>
          <w:b w:val="0"/>
          <w:bCs w:val="0"/>
          <w:color w:val="auto"/>
          <w:sz w:val="20"/>
          <w:szCs w:val="20"/>
        </w:rPr>
        <w:t>}}</w:t>
      </w:r>
    </w:p>
    <w:p xmlns:wp14="http://schemas.microsoft.com/office/word/2010/wordml" w:rsidP="1D26C0B4" w14:paraId="5882C8E7" wp14:textId="77777777">
      <w:pPr>
        <w:pStyle w:val="QRControl"/>
        <w:rPr>
          <w:rFonts w:ascii="Arial" w:hAnsi="Arial" w:eastAsia="Arial" w:cs="Arial"/>
          <w:b w:val="1"/>
          <w:bCs w:val="1"/>
          <w:color w:val="auto"/>
          <w:sz w:val="20"/>
          <w:szCs w:val="20"/>
          <w:highlight w:val="yellow"/>
        </w:rPr>
      </w:pPr>
      <w:r w:rsidRPr="1D26C0B4" w:rsidR="57A7AB73">
        <w:rPr>
          <w:rFonts w:ascii="Arial" w:hAnsi="Arial" w:eastAsia="Arial" w:cs="Arial"/>
          <w:b w:val="1"/>
          <w:bCs w:val="1"/>
          <w:color w:val="auto"/>
          <w:sz w:val="20"/>
          <w:szCs w:val="20"/>
          <w:highlight w:val="yellow"/>
        </w:rPr>
        <w:t>{{/qr.report.items}}</w:t>
      </w:r>
    </w:p>
    <w:sectPr w:rsidRPr="0006063C" w:rsidR="00FC693F" w:rsidSect="00034616">
      <w:headerReference w:type="first" r:id="rId9"/>
      <w:footerReference w:type="first" r:id="rId10"/>
      <w:headerReference w:type="default" r:id="rId11"/>
      <w:footerReference w:type="default" r:id="rId12"/>
      <w:pgSz w:w="11906" w:h="16838" w:orient="portrait"/>
      <w:pgMar w:top="1134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29681988" wp14:textId="77777777">
    <w:pPr>
      <w:pStyle w:val="Footer"/>
      <w:spacing w:before="0" w:after="0"/>
      <w:jc w:val="center"/>
    </w:pPr>
    <w:r>
      <w:rPr>
        <w:rFonts w:ascii="Arial" w:hAnsi="Arial" w:eastAsia="Arial" w:cs="Arial"/>
        <w:b w:val="0"/>
        <w:color w:val="53636B"/>
        <w:sz w:val="15"/>
      </w:rPr>
      <w:t>BEISPIELBERICHT  ·  Erstellt mit QuickReports  ·  jusa.io/quickreports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0E27B00A" wp14:textId="77777777">
    <w:pPr>
      <w:pStyle w:val="Footer"/>
    </w:pPr>
    <w:r/>
  </w:p>
  <w:tbl>
    <w:tblPr>
      <w:tblW w:w="9638" w:type="dxa"/>
      <w:jc w:val="left"/>
      <w:tblLayout w:type="fixed"/>
      <w:tblLook w:val="04A0" w:firstRow="1" w:lastRow="0" w:firstColumn="1" w:lastColumn="0" w:noHBand="0" w:noVBand="1"/>
      <w:tblInd w:w="0" w:type="dxa"/>
    </w:tblPr>
    <w:tblGrid>
      <w:gridCol w:w="3212"/>
      <w:gridCol w:w="3213"/>
      <w:gridCol w:w="3213"/>
    </w:tblGrid>
    <w:tr xmlns:wp14="http://schemas.microsoft.com/office/word/2010/wordml" w:rsidTr="1D26C0B4" w14:paraId="02355CBB" wp14:textId="77777777">
      <w:tc>
        <w:tcPr>
          <w:tcW w:w="3212" w:type="dxa"/>
          <w:tcBorders>
            <w:top w:val="single" w:color="D8E3E6" w:sz="5" w:space="0"/>
            <w:left w:val="nil"/>
            <w:start w:val="nil"/>
            <w:bottom w:val="nil"/>
            <w:right w:val="nil"/>
            <w:end w:val="nil"/>
          </w:tcBorders>
          <w:tcMar>
            <w:top w:w="65" w:type="dxa"/>
            <w:left w:w="0" w:type="dxa"/>
            <w:start w:w="0" w:type="dxa"/>
            <w:bottom w:w="0" w:type="dxa"/>
            <w:right w:w="0" w:type="dxa"/>
            <w:end w:w="0" w:type="dxa"/>
          </w:tcMar>
          <w:vAlign w:val="center"/>
        </w:tcPr>
        <w:p w:rsidP="1D26C0B4" w14:paraId="05323100" wp14:textId="77777777">
          <w:pPr>
            <w:jc w:val="left"/>
            <w:rPr>
              <w:rFonts w:ascii="Arial" w:hAnsi="Arial" w:eastAsia="Arial" w:cs="Arial"/>
              <w:b w:val="1"/>
              <w:bCs w:val="1"/>
              <w:color w:val="auto"/>
              <w:sz w:val="15"/>
              <w:szCs w:val="15"/>
            </w:rPr>
          </w:pPr>
          <w:r w:rsidRPr="1D26C0B4" w:rsidR="1D26C0B4">
            <w:rPr>
              <w:rFonts w:ascii="Arial" w:hAnsi="Arial" w:eastAsia="Arial" w:cs="Arial"/>
              <w:b w:val="1"/>
              <w:bCs w:val="1"/>
              <w:color w:val="auto"/>
              <w:sz w:val="15"/>
              <w:szCs w:val="15"/>
            </w:rPr>
            <w:t>BEISPIELBERICHT</w:t>
          </w:r>
        </w:p>
      </w:tc>
      <w:tc>
        <w:tcPr>
          <w:tcW w:w="3213" w:type="dxa"/>
          <w:tcBorders>
            <w:top w:val="single" w:color="D8E3E6" w:sz="5" w:space="0"/>
            <w:left w:val="nil"/>
            <w:start w:val="nil"/>
            <w:bottom w:val="nil"/>
            <w:right w:val="nil"/>
            <w:end w:val="nil"/>
          </w:tcBorders>
          <w:tcMar>
            <w:top w:w="65" w:type="dxa"/>
            <w:left w:w="0" w:type="dxa"/>
            <w:start w:w="0" w:type="dxa"/>
            <w:bottom w:w="0" w:type="dxa"/>
            <w:right w:w="0" w:type="dxa"/>
            <w:end w:w="0" w:type="dxa"/>
          </w:tcMar>
          <w:vAlign w:val="center"/>
        </w:tcPr>
        <w:p w14:paraId="1CD7B67C" wp14:textId="77777777">
          <w:pPr>
            <w:jc w:val="center"/>
          </w:pPr>
          <w:r>
            <w:rPr>
              <w:rFonts w:ascii="Arial" w:hAnsi="Arial" w:eastAsia="Arial" w:cs="Arial"/>
              <w:color w:val="53636B"/>
              <w:sz w:val="15"/>
            </w:rPr>
            <w:t>{{qr.report.detail.berichtsnummer}}</w:t>
          </w:r>
        </w:p>
      </w:tc>
      <w:tc>
        <w:tcPr>
          <w:tcW w:w="3213" w:type="dxa"/>
          <w:tcBorders>
            <w:top w:val="single" w:color="D8E3E6" w:sz="5" w:space="0"/>
            <w:left w:val="nil"/>
            <w:start w:val="nil"/>
            <w:bottom w:val="nil"/>
            <w:right w:val="nil"/>
            <w:end w:val="nil"/>
          </w:tcBorders>
          <w:tcMar>
            <w:top w:w="65" w:type="dxa"/>
            <w:left w:w="0" w:type="dxa"/>
            <w:start w:w="0" w:type="dxa"/>
            <w:bottom w:w="0" w:type="dxa"/>
            <w:right w:w="0" w:type="dxa"/>
            <w:end w:w="0" w:type="dxa"/>
          </w:tcMar>
          <w:vAlign w:val="center"/>
        </w:tcPr>
        <w:p w14:paraId="4DBD3284" wp14:textId="77777777">
          <w:pPr>
            <w:jc w:val="right"/>
          </w:pPr>
          <w:r>
            <w:rPr>
              <w:rFonts w:ascii="Arial" w:hAnsi="Arial" w:eastAsia="Arial" w:cs="Arial"/>
              <w:color w:val="53636B"/>
              <w:sz w:val="15"/>
            </w:rPr>
            <w:t xml:space="preserve">Seite </w:t>
          </w:r>
          <w:r>
            <w:rPr>
              <w:rFonts w:ascii="Arial" w:hAnsi="Arial" w:eastAsia="Arial" w:cs="Arial"/>
              <w:color w:val="53636B"/>
              <w:sz w:val="17"/>
            </w:rPr>
            <w:fldChar w:fldCharType="begin"/>
          </w:r>
          <w:r>
            <w:rPr>
              <w:rFonts w:ascii="Arial" w:hAnsi="Arial" w:eastAsia="Arial" w:cs="Arial"/>
              <w:color w:val="53636B"/>
              <w:sz w:val="17"/>
            </w:rPr>
            <w:instrText xml:space="preserve"> PAGE </w:instrText>
          </w:r>
          <w:r>
            <w:rPr>
              <w:rFonts w:ascii="Arial" w:hAnsi="Arial" w:eastAsia="Arial" w:cs="Arial"/>
              <w:color w:val="53636B"/>
              <w:sz w:val="17"/>
            </w:rPr>
            <w:fldChar w:fldCharType="separate"/>
          </w:r>
          <w:r>
            <w:rPr>
              <w:rFonts w:ascii="Arial" w:hAnsi="Arial" w:eastAsia="Arial" w:cs="Arial"/>
              <w:color w:val="53636B"/>
              <w:sz w:val="17"/>
            </w:rPr>
            <w:t>1</w:t>
          </w:r>
          <w:r>
            <w:rPr>
              <w:rFonts w:ascii="Arial" w:hAnsi="Arial" w:eastAsia="Arial" w:cs="Arial"/>
              <w:color w:val="53636B"/>
              <w:sz w:val="17"/>
            </w:rPr>
            <w:fldChar w:fldCharType="end"/>
          </w:r>
          <w:r>
            <w:rPr>
              <w:rFonts w:ascii="Arial" w:hAnsi="Arial" w:eastAsia="Arial" w:cs="Arial"/>
              <w:color w:val="53636B"/>
              <w:sz w:val="15"/>
            </w:rPr>
            <w:t xml:space="preserve"> von </w:t>
          </w:r>
          <w:r>
            <w:rPr>
              <w:rFonts w:ascii="Arial" w:hAnsi="Arial" w:eastAsia="Arial" w:cs="Arial"/>
              <w:color w:val="53636B"/>
              <w:sz w:val="17"/>
            </w:rPr>
            <w:fldChar w:fldCharType="begin"/>
          </w:r>
          <w:r>
            <w:rPr>
              <w:rFonts w:ascii="Arial" w:hAnsi="Arial" w:eastAsia="Arial" w:cs="Arial"/>
              <w:color w:val="53636B"/>
              <w:sz w:val="17"/>
            </w:rPr>
            <w:instrText xml:space="preserve"> NUMPAGES </w:instrText>
          </w:r>
          <w:r>
            <w:rPr>
              <w:rFonts w:ascii="Arial" w:hAnsi="Arial" w:eastAsia="Arial" w:cs="Arial"/>
              <w:color w:val="53636B"/>
              <w:sz w:val="17"/>
            </w:rPr>
            <w:fldChar w:fldCharType="separate"/>
          </w:r>
          <w:r>
            <w:rPr>
              <w:rFonts w:ascii="Arial" w:hAnsi="Arial" w:eastAsia="Arial" w:cs="Arial"/>
              <w:color w:val="53636B"/>
              <w:sz w:val="17"/>
            </w:rPr>
            <w:t>1</w:t>
          </w:r>
          <w:r>
            <w:rPr>
              <w:rFonts w:ascii="Arial" w:hAnsi="Arial" w:eastAsia="Arial" w:cs="Arial"/>
              <w:color w:val="53636B"/>
              <w:sz w:val="17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72A3D3EC" wp14:textId="77777777"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pic="http://schemas.openxmlformats.org/drawingml/2006/picture" mc:Ignorable="w14 wp14">
  <w:p xmlns:wp14="http://schemas.microsoft.com/office/word/2010/wordml" w14:paraId="0D0B940D" wp14:textId="77777777">
    <w:pPr>
      <w:pStyle w:val="Header"/>
    </w:pPr>
    <w:r/>
  </w:p>
  <w:tbl>
    <w:tblPr>
      <w:tblW w:w="9638" w:type="dxa"/>
      <w:jc w:val="left"/>
      <w:tblLayout w:type="fixed"/>
      <w:tblLook w:val="04A0" w:firstRow="1" w:lastRow="0" w:firstColumn="1" w:lastColumn="0" w:noHBand="0" w:noVBand="1"/>
      <w:tblInd w:w="0" w:type="dxa"/>
    </w:tblPr>
    <w:tblGrid>
      <w:gridCol w:w="4300"/>
      <w:gridCol w:w="5338"/>
    </w:tblGrid>
    <w:tr xmlns:wp14="http://schemas.microsoft.com/office/word/2010/wordml" w:rsidTr="57A7AB73" w14:paraId="25DA31B2" wp14:textId="77777777">
      <w:tc>
        <w:tcPr>
          <w:tcW w:w="4300" w:type="dxa"/>
          <w:tcBorders>
            <w:top w:val="nil"/>
            <w:left w:val="nil"/>
            <w:start w:val="nil"/>
            <w:bottom w:val="single" w:color="D8E3E6" w:sz="5" w:space="0"/>
            <w:right w:val="nil"/>
            <w:end w:val="nil"/>
          </w:tcBorders>
          <w:tcMar>
            <w:top w:w="0" w:type="dxa"/>
            <w:left w:w="0" w:type="dxa"/>
            <w:start w:w="0" w:type="dxa"/>
            <w:bottom w:w="65" w:type="dxa"/>
            <w:right w:w="0" w:type="dxa"/>
            <w:end w:w="0" w:type="dxa"/>
          </w:tcMar>
          <w:vAlign w:val="center"/>
        </w:tcPr>
        <w:p w14:paraId="6CADA85B" wp14:textId="772DDFE2">
          <w:pPr>
            <w:jc w:val="left"/>
          </w:pPr>
          <w:r w:rsidR="57A7AB73">
            <w:drawing>
              <wp:inline xmlns:wp14="http://schemas.microsoft.com/office/word/2010/wordprocessingDrawing" distT="0" distB="0" distL="0" distR="0" wp14:anchorId="51981F42" wp14:editId="7777777">
                <wp:extent cx="246888" cy="246888"/>
                <wp:effectExtent l="0" t="0" r="0" b="0"/>
                <wp:docPr id="1239282433" name="Picture 1" descr="QuickReports Logo in der Kopfzeile" title="QuickReports Logo in der Kopfzeile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pp_icon_quick_reports_1024x1024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888" cy="2468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 w:rsidRPr="57A7AB73" w:rsidR="57A7AB73">
            <w:rPr>
              <w:rFonts w:ascii="Arial" w:hAnsi="Arial" w:eastAsia="Arial" w:cs="Arial"/>
              <w:b w:val="1"/>
              <w:bCs w:val="1"/>
              <w:color w:val="07151B"/>
              <w:sz w:val="18"/>
              <w:szCs w:val="18"/>
            </w:rPr>
            <w:t xml:space="preserve">  </w:t>
          </w:r>
          <w:r w:rsidRPr="57A7AB73" w:rsidR="57A7AB73">
            <w:rPr>
              <w:rFonts w:ascii="Arial" w:hAnsi="Arial" w:eastAsia="Arial" w:cs="Arial"/>
              <w:b w:val="1"/>
              <w:bCs w:val="1"/>
              <w:color w:val="07151B"/>
              <w:sz w:val="18"/>
              <w:szCs w:val="18"/>
            </w:rPr>
            <w:t>QuickReports</w:t>
          </w:r>
        </w:p>
      </w:tc>
      <w:tc>
        <w:tcPr>
          <w:tcW w:w="5338" w:type="dxa"/>
          <w:tcBorders>
            <w:top w:val="nil"/>
            <w:left w:val="nil"/>
            <w:start w:val="nil"/>
            <w:bottom w:val="single" w:color="D8E3E6" w:sz="5" w:space="0"/>
            <w:right w:val="nil"/>
            <w:end w:val="nil"/>
          </w:tcBorders>
          <w:tcMar>
            <w:top w:w="0" w:type="dxa"/>
            <w:left w:w="0" w:type="dxa"/>
            <w:start w:w="0" w:type="dxa"/>
            <w:bottom w:w="65" w:type="dxa"/>
            <w:right w:w="0" w:type="dxa"/>
            <w:end w:w="0" w:type="dxa"/>
          </w:tcMar>
          <w:vAlign w:val="center"/>
        </w:tcPr>
        <w:p w14:paraId="14419F4B" wp14:textId="77777777">
          <w:pPr>
            <w:spacing w:after="0"/>
            <w:jc w:val="right"/>
          </w:pPr>
          <w:r>
            <w:rPr>
              <w:rFonts w:ascii="Arial" w:hAnsi="Arial" w:eastAsia="Arial" w:cs="Arial"/>
              <w:b/>
              <w:color w:val="07151B"/>
              <w:sz w:val="16"/>
            </w:rPr>
            <w:t>{{qr.report.name}}</w:t>
          </w:r>
        </w:p>
        <w:p w14:paraId="59A3723F" wp14:textId="77777777">
          <w:pPr>
            <w:spacing w:before="0" w:after="0"/>
            <w:jc w:val="right"/>
          </w:pPr>
          <w:r>
            <w:rPr>
              <w:rFonts w:ascii="Arial" w:hAnsi="Arial" w:eastAsia="Arial" w:cs="Arial"/>
              <w:color w:val="53636B"/>
              <w:sz w:val="15"/>
            </w:rPr>
            <w:t>{{qr.report.detail.berichtsnummer}}</w:t>
          </w:r>
        </w:p>
      </w:tc>
    </w:tr>
  </w:tbl>
  <w:p w:rsidR="57A7AB73" w:rsidRDefault="57A7AB73" w14:paraId="3567EEA1" w14:textId="2DA67CBF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49CCA1"/>
    <w:rsid w:val="029E0D21"/>
    <w:rsid w:val="033D5828"/>
    <w:rsid w:val="0408E211"/>
    <w:rsid w:val="0553134D"/>
    <w:rsid w:val="068B2936"/>
    <w:rsid w:val="068E0CA2"/>
    <w:rsid w:val="06A8AA10"/>
    <w:rsid w:val="08110209"/>
    <w:rsid w:val="08AD4655"/>
    <w:rsid w:val="0BA2CAA1"/>
    <w:rsid w:val="0BC49802"/>
    <w:rsid w:val="0DC18321"/>
    <w:rsid w:val="0DDB7BF9"/>
    <w:rsid w:val="0EF24348"/>
    <w:rsid w:val="0FF41278"/>
    <w:rsid w:val="1001DFE9"/>
    <w:rsid w:val="119713EA"/>
    <w:rsid w:val="1249B88E"/>
    <w:rsid w:val="12DFD849"/>
    <w:rsid w:val="12E99AE7"/>
    <w:rsid w:val="136FF597"/>
    <w:rsid w:val="146989CA"/>
    <w:rsid w:val="14D3EBD7"/>
    <w:rsid w:val="17898A15"/>
    <w:rsid w:val="18B8DB94"/>
    <w:rsid w:val="1A229348"/>
    <w:rsid w:val="1C53F69A"/>
    <w:rsid w:val="1CE61702"/>
    <w:rsid w:val="1D1DB6DC"/>
    <w:rsid w:val="1D26C0B4"/>
    <w:rsid w:val="1DF31EA3"/>
    <w:rsid w:val="1E19742C"/>
    <w:rsid w:val="1EA04679"/>
    <w:rsid w:val="1EC59D4A"/>
    <w:rsid w:val="20160C32"/>
    <w:rsid w:val="209D465E"/>
    <w:rsid w:val="20DF7B1F"/>
    <w:rsid w:val="21A468B3"/>
    <w:rsid w:val="22BBB467"/>
    <w:rsid w:val="267CF775"/>
    <w:rsid w:val="26DA3104"/>
    <w:rsid w:val="28933AF8"/>
    <w:rsid w:val="28E51502"/>
    <w:rsid w:val="2919E8E7"/>
    <w:rsid w:val="2BCB830B"/>
    <w:rsid w:val="2BDBBB17"/>
    <w:rsid w:val="2C28022B"/>
    <w:rsid w:val="2C4E1082"/>
    <w:rsid w:val="2C512902"/>
    <w:rsid w:val="2C7F18D8"/>
    <w:rsid w:val="2D9393D0"/>
    <w:rsid w:val="2E644107"/>
    <w:rsid w:val="2E7A91A3"/>
    <w:rsid w:val="2F1E3F78"/>
    <w:rsid w:val="2F6D9839"/>
    <w:rsid w:val="2FD83021"/>
    <w:rsid w:val="2FEC48D9"/>
    <w:rsid w:val="3000568F"/>
    <w:rsid w:val="30A8958A"/>
    <w:rsid w:val="319BC099"/>
    <w:rsid w:val="328A00A3"/>
    <w:rsid w:val="329E0D04"/>
    <w:rsid w:val="32D0DE28"/>
    <w:rsid w:val="32FB2E32"/>
    <w:rsid w:val="34795D2A"/>
    <w:rsid w:val="35CF53A7"/>
    <w:rsid w:val="36A83F82"/>
    <w:rsid w:val="37149499"/>
    <w:rsid w:val="37FB22A0"/>
    <w:rsid w:val="387D08EC"/>
    <w:rsid w:val="397E8DF9"/>
    <w:rsid w:val="3A23DEA1"/>
    <w:rsid w:val="3A9693D4"/>
    <w:rsid w:val="3B51E4B5"/>
    <w:rsid w:val="3CFE4940"/>
    <w:rsid w:val="3EB382F9"/>
    <w:rsid w:val="3F6A8BA1"/>
    <w:rsid w:val="40C5D651"/>
    <w:rsid w:val="4170F951"/>
    <w:rsid w:val="417C764D"/>
    <w:rsid w:val="41C51BA3"/>
    <w:rsid w:val="42AAE608"/>
    <w:rsid w:val="43104B7E"/>
    <w:rsid w:val="43354F20"/>
    <w:rsid w:val="444A0C1C"/>
    <w:rsid w:val="44B4D321"/>
    <w:rsid w:val="4610EF9A"/>
    <w:rsid w:val="470CCFE3"/>
    <w:rsid w:val="471E5850"/>
    <w:rsid w:val="4741554C"/>
    <w:rsid w:val="47C2172B"/>
    <w:rsid w:val="487668D4"/>
    <w:rsid w:val="496272BD"/>
    <w:rsid w:val="4A5B54EB"/>
    <w:rsid w:val="4BCAF729"/>
    <w:rsid w:val="4C51AD29"/>
    <w:rsid w:val="4C55FCE5"/>
    <w:rsid w:val="4D5B9B42"/>
    <w:rsid w:val="4EE80E5F"/>
    <w:rsid w:val="4F061ADB"/>
    <w:rsid w:val="4F6E5D60"/>
    <w:rsid w:val="4FB4E3F8"/>
    <w:rsid w:val="503CF728"/>
    <w:rsid w:val="5131A906"/>
    <w:rsid w:val="51581C1C"/>
    <w:rsid w:val="531C26B7"/>
    <w:rsid w:val="546E3FCD"/>
    <w:rsid w:val="54B3554A"/>
    <w:rsid w:val="54C5563A"/>
    <w:rsid w:val="551C83AD"/>
    <w:rsid w:val="55B7C8ED"/>
    <w:rsid w:val="5685A028"/>
    <w:rsid w:val="5773E22F"/>
    <w:rsid w:val="57A7AB73"/>
    <w:rsid w:val="594C14BB"/>
    <w:rsid w:val="59B836A7"/>
    <w:rsid w:val="5AA431F0"/>
    <w:rsid w:val="5B2090B2"/>
    <w:rsid w:val="5B842676"/>
    <w:rsid w:val="5C3D6BC2"/>
    <w:rsid w:val="5C46F4D4"/>
    <w:rsid w:val="5D5BBD0F"/>
    <w:rsid w:val="609EB6E6"/>
    <w:rsid w:val="62350FBE"/>
    <w:rsid w:val="631DA6D2"/>
    <w:rsid w:val="6344F1D9"/>
    <w:rsid w:val="642EC996"/>
    <w:rsid w:val="65110382"/>
    <w:rsid w:val="6531B765"/>
    <w:rsid w:val="65546EB6"/>
    <w:rsid w:val="666F8E73"/>
    <w:rsid w:val="66A1CC7E"/>
    <w:rsid w:val="689CDB0F"/>
    <w:rsid w:val="6A26FFA9"/>
    <w:rsid w:val="6A5F60C5"/>
    <w:rsid w:val="6B028300"/>
    <w:rsid w:val="6C9C10DC"/>
    <w:rsid w:val="6D3C4240"/>
    <w:rsid w:val="6EC12CB3"/>
    <w:rsid w:val="705C3E94"/>
    <w:rsid w:val="7126969C"/>
    <w:rsid w:val="716EBF1E"/>
    <w:rsid w:val="72650264"/>
    <w:rsid w:val="72A63EA9"/>
    <w:rsid w:val="72ECA92C"/>
    <w:rsid w:val="72F1948F"/>
    <w:rsid w:val="73279DB1"/>
    <w:rsid w:val="73D299C4"/>
    <w:rsid w:val="73EA86E8"/>
    <w:rsid w:val="7526A824"/>
    <w:rsid w:val="76C260B6"/>
    <w:rsid w:val="76F483B5"/>
    <w:rsid w:val="7702FFA7"/>
    <w:rsid w:val="77685FC3"/>
    <w:rsid w:val="7823A31B"/>
    <w:rsid w:val="79C22060"/>
    <w:rsid w:val="7A43B902"/>
    <w:rsid w:val="7B7B3E22"/>
    <w:rsid w:val="7E12F7FC"/>
    <w:rsid w:val="7E54CD63"/>
    <w:rsid w:val="7E9751D0"/>
    <w:rsid w:val="7EBF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FABC5BDD-968C-4F8C-8F6D-BF1D6B57E5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pacing w:after="120" w:line="283" w:lineRule="auto"/>
      <w:jc w:val="left"/>
    </w:pPr>
    <w:rPr>
      <w:rFonts w:ascii="Arial" w:hAnsi="Arial" w:eastAsia="Arial"/>
      <w:color w:val="07151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160"/>
      <w:outlineLvl w:val="0"/>
    </w:pPr>
    <w:rPr>
      <w:rFonts w:ascii="Arial" w:hAnsi="Arial" w:asciiTheme="majorHAnsi" w:hAnsiTheme="majorHAnsi" w:eastAsiaTheme="majorEastAsia" w:cstheme="majorBidi"/>
      <w:b/>
      <w:bCs/>
      <w:color w:val="07151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00"/>
      <w:outlineLvl w:val="1"/>
    </w:pPr>
    <w:rPr>
      <w:rFonts w:ascii="Arial" w:hAnsi="Arial" w:asciiTheme="majorHAnsi" w:hAnsiTheme="majorHAnsi" w:eastAsiaTheme="majorEastAsia" w:cstheme="majorBidi"/>
      <w:b/>
      <w:bCs/>
      <w:color w:val="0E749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80" w:after="80"/>
      <w:outlineLvl w:val="2"/>
    </w:pPr>
    <w:rPr>
      <w:rFonts w:ascii="Arial" w:hAnsi="Arial" w:asciiTheme="majorHAnsi" w:hAnsiTheme="majorHAnsi" w:eastAsiaTheme="majorEastAsia" w:cstheme="majorBidi"/>
      <w:b/>
      <w:bCs/>
      <w:color w:val="07151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color="4F81BD" w:themeColor="accent1" w:sz="8" w:space="4"/>
      </w:pBdr>
      <w:spacing w:before="0" w:after="200" w:line="240" w:lineRule="auto"/>
      <w:contextualSpacing/>
      <w:jc w:val="left"/>
    </w:pPr>
    <w:rPr>
      <w:rFonts w:ascii="Arial" w:hAnsi="Arial" w:asciiTheme="majorHAnsi" w:hAnsiTheme="majorHAnsi" w:eastAsiaTheme="majorEastAsia" w:cstheme="majorBidi"/>
      <w:b/>
      <w:color w:val="07151B"/>
      <w:spacing w:val="5"/>
      <w:kern w:val="28"/>
      <w:sz w:val="5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280"/>
      <w:jc w:val="left"/>
    </w:pPr>
    <w:rPr>
      <w:rFonts w:ascii="Arial" w:hAnsi="Arial" w:asciiTheme="majorHAnsi" w:hAnsiTheme="majorHAnsi" w:eastAsiaTheme="majorEastAsia" w:cstheme="majorBidi"/>
      <w:i/>
      <w:iCs/>
      <w:color w:val="0E7490"/>
      <w:spacing w:val="15"/>
      <w:sz w:val="28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before="40" w:after="120" w:line="240" w:lineRule="auto"/>
      <w:jc w:val="center"/>
    </w:pPr>
    <w:rPr>
      <w:rFonts w:ascii="Arial" w:hAnsi="Arial"/>
      <w:b/>
      <w:bCs/>
      <w:i w:val="0"/>
      <w:color w:val="53636B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QREyebrow" w:customStyle="1">
    <w:name w:val="QR Eyebrow"/>
    <w:basedOn w:val="Normal"/>
    <w:pPr>
      <w:keepNext/>
      <w:spacing w:before="0" w:after="180"/>
    </w:pPr>
    <w:rPr>
      <w:rFonts w:ascii="Arial" w:hAnsi="Arial"/>
      <w:b/>
      <w:color w:val="0E7490"/>
      <w:sz w:val="17"/>
    </w:rPr>
  </w:style>
  <w:style w:type="paragraph" w:styleId="QRCoverMetaLabel" w:customStyle="1">
    <w:name w:val="QR Cover Meta Label"/>
    <w:basedOn w:val="Normal"/>
    <w:pPr>
      <w:spacing w:before="0" w:after="40"/>
    </w:pPr>
    <w:rPr>
      <w:rFonts w:ascii="Arial" w:hAnsi="Arial"/>
      <w:b/>
      <w:color w:val="53636B"/>
      <w:sz w:val="15"/>
    </w:rPr>
  </w:style>
  <w:style w:type="paragraph" w:styleId="QRCoverMetaValue" w:customStyle="1">
    <w:name w:val="QR Cover Meta Value"/>
    <w:basedOn w:val="Normal"/>
    <w:pPr>
      <w:spacing w:before="0" w:after="0"/>
    </w:pPr>
    <w:rPr>
      <w:rFonts w:ascii="Arial" w:hAnsi="Arial"/>
      <w:b/>
      <w:color w:val="07151B"/>
      <w:sz w:val="20"/>
    </w:rPr>
  </w:style>
  <w:style w:type="paragraph" w:styleId="QRControl" w:customStyle="1">
    <w:name w:val="QR Control"/>
    <w:basedOn w:val="Normal"/>
    <w:pPr>
      <w:spacing w:before="0" w:after="0"/>
    </w:pPr>
    <w:rPr>
      <w:rFonts w:ascii="Arial" w:hAnsi="Arial"/>
      <w:b/>
      <w:color w:val="0E7490"/>
      <w:sz w:val="14"/>
    </w:rPr>
  </w:style>
  <w:style w:type="paragraph" w:styleId="QRBodyPlaceholder" w:customStyle="1">
    <w:name w:val="QR Body Placeholder"/>
    <w:basedOn w:val="Normal"/>
    <w:pPr>
      <w:spacing w:before="0" w:after="120" w:line="283" w:lineRule="auto"/>
      <w:jc w:val="left"/>
    </w:pPr>
    <w:rPr>
      <w:rFonts w:ascii="Arial" w:hAnsi="Arial"/>
      <w:b w:val="0"/>
      <w:color w:val="07151B"/>
      <w:sz w:val="21"/>
    </w:rPr>
  </w:style>
  <w:style w:type="paragraph" w:styleId="QRImagePlaceholder" w:customStyle="1">
    <w:name w:val="QR Image Placeholder"/>
    <w:basedOn w:val="Normal"/>
    <w:pPr>
      <w:keepNext/>
      <w:spacing w:before="80" w:after="80"/>
      <w:jc w:val="center"/>
    </w:pPr>
    <w:rPr>
      <w:rFonts w:ascii="Arial" w:hAnsi="Arial"/>
      <w:b/>
      <w:color w:val="0E7490"/>
      <w:sz w:val="16"/>
    </w:rPr>
  </w:style>
  <w:style w:type="paragraph" w:styleId="QRSmallPlaceholder" w:customStyle="1">
    <w:name w:val="QR Small Placeholder"/>
    <w:basedOn w:val="Normal"/>
    <w:pPr>
      <w:spacing w:before="0" w:after="60"/>
    </w:pPr>
    <w:rPr>
      <w:rFonts w:ascii="Arial" w:hAnsi="Arial"/>
      <w:b w:val="0"/>
      <w:color w:val="53636B"/>
      <w:sz w:val="17"/>
    </w:rPr>
  </w:style>
  <w:style w:type="paragraph" w:styleId="QRPinHeading" w:customStyle="1">
    <w:name w:val="QR Pin Heading"/>
    <w:basedOn w:val="Normal"/>
    <w:pPr>
      <w:keepNext/>
      <w:spacing w:before="0" w:after="160"/>
      <w:jc w:val="left"/>
    </w:pPr>
    <w:rPr>
      <w:rFonts w:ascii="Arial" w:hAnsi="Arial"/>
      <w:b/>
      <w:color w:val="07151B"/>
      <w:sz w:val="32"/>
    </w:rPr>
  </w:style>
  <w:style w:type="paragraph" w:styleId="QRAttribute" w:customStyle="1">
    <w:name w:val="QR Attribute"/>
    <w:basedOn w:val="Normal"/>
    <w:pPr>
      <w:spacing w:before="0" w:after="60"/>
      <w:jc w:val="left"/>
    </w:pPr>
    <w:rPr>
      <w:rFonts w:ascii="Arial" w:hAnsi="Arial"/>
      <w:b w:val="0"/>
      <w:color w:val="07151B"/>
      <w:sz w:val="18"/>
    </w:rPr>
  </w:style>
  <w:style w:type="paragraph" w:styleId="QRFooter" w:customStyle="1">
    <w:name w:val="QR Footer"/>
    <w:basedOn w:val="Normal"/>
    <w:pPr>
      <w:spacing w:before="0" w:after="0"/>
    </w:pPr>
    <w:rPr>
      <w:rFonts w:ascii="Arial" w:hAnsi="Arial"/>
      <w:b w:val="0"/>
      <w:color w:val="53636B"/>
      <w:sz w:val="16"/>
    </w:r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TableNorma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header1.xml" Id="rId9" /><Relationship Type="http://schemas.openxmlformats.org/officeDocument/2006/relationships/footer" Target="footer1.xml" Id="rId10" /><Relationship Type="http://schemas.openxmlformats.org/officeDocument/2006/relationships/header" Target="header2.xml" Id="rId11" /><Relationship Type="http://schemas.openxmlformats.org/officeDocument/2006/relationships/footer" Target="footer2.xml" Id="rId12" /><Relationship Type="http://schemas.openxmlformats.org/officeDocument/2006/relationships/image" Target="media/image1.png" Id="rId13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QuickReports Beispielbericht – Wordvorlage</dc:title>
  <dc:subject>Baugutachterliche Stellungnahme mit QuickReports-Platzhaltern</dc:subject>
  <dc:creator>QuickReports</dc:creator>
  <keywords>QuickReports, DOCX, Beispielbericht, Bausachverständiger</keywords>
  <dc:description>generated by python-docx</dc:description>
  <lastModifiedBy>Julian Wilken</lastModifiedBy>
  <revision>8</revision>
  <dcterms:created xsi:type="dcterms:W3CDTF">2013-12-23T23:15:00.0000000Z</dcterms:created>
  <dcterms:modified xsi:type="dcterms:W3CDTF">2026-08-23T04:53:21.3790612Z</dcterms:modified>
  <category/>
</coreProperties>
</file>